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новая управляющая организация (ТСЖ)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прежняя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передать техническую документацию на многоквартирный дом, ключи и иные средства, необходимые для управления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передать техническую документацию на многоквартирный дом и иные документы, связанные с управлением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часть 10 статьи 162 ЖК РФ: прежняя управляющая организация обязана передать документацию вновь выбранной организации, а отсутствие документов она должна восстановить за свой счёт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передать документы.</w:t>
      </w:r>
      <w:r>
        <w:rPr>
          <w:rFonts w:ascii="Times New Roman" w:hAnsi="Times New Roman"/>
          <w:b w:val="0"/>
          <w:i w:val="0"/>
          <w:sz w:val="24"/>
        </w:rPr>
        <w:t xml:space="preserve"> Частью 10 статьи 162 ЖК РФ установлено: «Управляющая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собрания обязательно.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Частью 9 статьи 161 ЖК РФ: «Многоквартирный дом может управляться только одной управляющей организацией.»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документации.</w:t>
      </w:r>
      <w:r>
        <w:rPr>
          <w:rFonts w:ascii="Times New Roman" w:hAnsi="Times New Roman"/>
          <w:b w:val="0"/>
          <w:i w:val="0"/>
          <w:sz w:val="24"/>
        </w:rPr>
        <w:t xml:space="preserve"> Состав технической документации определён Правилами содержания общего имущества (постановление Правительства РФ от 13.08.2006 № 491, пп. 24, 26) и Правилами осуществления деятельности по управлению многоквартирными домами (постановление Правительства РФ от 15.05.2013 № 416). Отсутствие документации у ответчика не освобождает его от обязанности её восстановить за свой счёт.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«присуждения к исполнению обязанности в натуре» Для понуждения к исполнению истец просит присудить судебную неустойку (ст. 308.3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 и лицензия.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Частью 1.3 статьи 161 ЖК РФ: «Деятельность по управлению многоквартирными домами осуществляется на основании лицензии на ее осуществление, за исключением случая осуществления такой деятельности товариществом собственников жилья, жилищным кооперативом или иным специализированным потребительским кооперативом и предусмотренного частью 3 статьи 200 настоящего Кодекса случая.» Частью 3.1 статьи 198 ЖК РФ: «В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домом, которое послужило основанием для направления в орган государственного жилищного надзора сведений, указанных в части 2 настоящей статьи,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присудить её на случай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— безопасность дома.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ЖК РФ: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46, 161, 162 ЖК РФ, статьями 12, 308.3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