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истребовании жилого помещения из чужого незаконного владения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истребовании жилого помещения из чужого незаконного владения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301 и 302 ГК РФ: жилое помещение выбыло из владения истца помимо его воли, поэтому истребуется и у добросовестного приобретателя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Виндикация.</w:t>
      </w:r>
      <w:r>
        <w:rPr>
          <w:rFonts w:ascii="Times New Roman" w:hAnsi="Times New Roman"/>
          <w:b w:val="0"/>
          <w:i w:val="0"/>
          <w:sz w:val="24"/>
        </w:rPr>
        <w:t xml:space="preserve"> Статьёй 301 ГК РФ установлено: «Собственник вправе истребовать свое имущество из чужого незаконного владения.» Пунктом 1 статьи 302 ГК РФ предусмотрено: 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 Пунктом 2 той же статьи: «Если имущество приобретено безвозмездно от лица, которое не имело права его отчуждать, собственник вправе истребовать имущество во всех случаях.»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Жилое помещение выбыло из владения истца помимо его воли, поскольку [истец сделку не совершал, доверенность не выдавал — подтверждено [приговором / заключением почерковедческой экспертизы]]. Следовательно, оно может быть истребовано даже у добросовестного приобретателя. [Если ответчик получил помещение безвозмездно — истребование возможно во всех случаях.]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Добросовестность ответчика отсутствует.</w:t>
      </w:r>
      <w:r>
        <w:rPr>
          <w:rFonts w:ascii="Times New Roman" w:hAnsi="Times New Roman"/>
          <w:b w:val="0"/>
          <w:i w:val="0"/>
          <w:sz w:val="24"/>
        </w:rPr>
        <w:t xml:space="preserve"> [Указать обстоятельства: цена сделки существенно ниже рыночной; короткий срок между сделками; в квартире были зарегистрированы и проживали люди; приобретатель не осматривал помещение.]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установлено: «Собственнику принадлежат права владения, пользования и распоряжения своим имуществом.» Пунктом 1 статьи 288 ГК РФ: «Собственник осуществляет права владения, пользования и распоряжения принадлежащим ему жилым помещением в соответствии с его назначением.» Частью 4 статьи 3 ЖК РФ предусмотрено: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Пунктом 1 статьи 200 ГК РФ: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О нарушении права и о том, кто является надлежащим ответчиком, истец узнал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196, 209, 301, 302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