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10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компенсации морального вреда, причинённого незаконным уголовным преследованием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компенсации морального вреда, причинённого незаконным уголовным преследованием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Определив компенсацию в символическом размере [или отказав], суды неправильно применили статьи 151, 1070 и 1100 ГК РФ: не учтены длительность преследования, мера пресечения, тяжесть обвинения и последствия для истца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государства.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1070 ГК РФ установлено: «Вред, причиненный гражданину в результате незаконного осуждения, незаконного привлечения к уголовной ответственности, незаконного применения в качестве меры пресечения заключения под стражу или подписки о невыезде, незаконного привлечения к административной ответственности в виде административного ареста, а также вред,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деятельности, возмещается за счет казны Российской Федерации, а в случаях, предусмотренных законом, за счет казны субъекта Российской Федерации или казны муниципального образования в полном объеме независимо от вины должностных лиц органов дознания, предварительного следствия, прокуратуры и суда в порядке, установленном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независимо от вины.</w:t>
      </w:r>
      <w:r>
        <w:rPr>
          <w:rFonts w:ascii="Times New Roman" w:hAnsi="Times New Roman"/>
          <w:b w:val="0"/>
          <w:i w:val="0"/>
          <w:sz w:val="24"/>
        </w:rPr>
        <w:t xml:space="preserve"> Статьёй 1100 ГК РФ: «Компенсация морального вреда осуществляется независимо от вины причинителя вреда в случаях, когда:» «вред причинен гражданину в результате его незаконного осуждения, незаконного привлечения к уголовной ответственности, незаконного применения в качестве меры пресечения заключения под стражу или подписки о невыезде, незаконного наложения административного взыскания в виде ареста или исправительных работ»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Представительство казны.</w:t>
      </w:r>
      <w:r>
        <w:rPr>
          <w:rFonts w:ascii="Times New Roman" w:hAnsi="Times New Roman"/>
          <w:b w:val="0"/>
          <w:i w:val="0"/>
          <w:sz w:val="24"/>
        </w:rPr>
        <w:t xml:space="preserve"> Статьёй 1071 ГК РФ: «В случаях, когда в соответствии с настоящим Кодексом или другими законами причиненный вред подлежит возмещению за счет казны Российской Федерации, казны субъекта Российской Федерации или казны муниципального образования, от имени казны выступают соответствующие финансовые органы, если в соответствии с пунктом 3 статьи 125 настоящего Кодекса эта обязанность не возложена на другой орган, юридическое лицо или гражданина.» По искам о возмещении вреда, причинённого незаконным уголовным преследованием, от имени казны Российской Федерации выступает Министерство финансов Российской Федерации.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реабилитацию.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133 Уголовно-процессуального кодекса РФ (далее — УПК РФ) установлено: «Право на реабилитацию включает в себя право на возмещение имущественного вреда, устранение последствий морального вреда и восстановление в трудовых, пенсионных, жилищных и иных правах. Вред, причиненный гражданину в результате уголовного преследования, возмещается государством в полном объеме независимо от вины органа дознания, дознавателя, следователя, прокурора и суда.» Частью 2 той же статьи: «Право на реабилитацию, в том числе право на возмещение вреда, связанного с уголовным преследованием, имеют:» «подсудимый, в отношении которого вынесен оправдательный приговор» «подсудимый, уголовное преследование в отношении которого прекращено в связи с отказом государственного обвинителя от обвинения» «подозреваемый или обвиняемый, уголовное преследование в отношении которого прекращено по основаниям, предусмотренным пунктами 1, 2, 5 и 6 части первой статьи 24 и пунктами 1 и 4 - 6 части первой статьи 27 настоящего Кодекса» Частью 2 статьи 136 УПК РФ: «Иски о компенсации за причиненный моральный вред в денежном выражении предъявляются в порядке гражданского судопроизводства.»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компенсации.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В пункте 21 постановления Пленума Верховного Суда РФ от 29.11.2011 № 17 «О практике применения судами норм главы 18 Уголовно-процессуального кодекса Российской Федерации, регламентирующих реабилитацию в уголовном судопроизводстве» разъяснено: «При определении размера денежной компенсации морального вреда реабилитированному судам необходимо учитывать степень и характер физических и нравственных страданий, связанных с индивидуальными особенностями лица, которому причинен вред, иные заслуживающие внимания обстоятельства, в том числе продолжительность судопроизводства, длительность и условия содержания под стражей, вид исправительного учреждения, в котором лицо отбывало наказание, и другие обстоятельства, имеющие значение при определении размера компенсации морального вреда, а также требования разумности и справедливости. Мотивы принятого решения о компенсации морального вреда должны быть указаны в решении суда.» Истец просит учесть: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На требования о компенсации морального вреда исковая давность не распространяется, за исключением случаев, предусмотренных законом (ст. 208 ГК РФ).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 не уплачивается: подпунктом 10 пункта 1 статьи 333.36 Налогового кодекса Российской Федерации от её уплаты освобождены: «истцы - по искам о возмещении имущественного и (или) морального вреда, причиненного в результате уголовного преследования, в том числе по вопросам восстановления прав и свобод».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151, 1070, 1100, 1101 ГК РФ, статьями 133, 136 УПК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