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компенсации морального вреда, причинённого оскорблением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компенсации морального вреда, причинённого оскорблением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150 и 151 ГК РФ: высказывания ответчика выражены в неприличной форме и унижают честь и достоинство истца, что само по себе является основанием для компенсации морального вреда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Нематериальные блага.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150 ГК РФ установлено: «Жизнь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способом.» Абзацем вторым пункта 2: «В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Преюдиция постановления по делу об административном правонарушении.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61 ГПК РФ: «Вступившие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обязательны для суда, рассматривающего дело о гражданско-правовых последствиях действий лица, в отношении которого они вынесены, по вопросам, имели ли место эти действия и совершены ли они данным лицом.» Факт оскорбления и его совершение ответчиком установлены постановлением и доказыванию не подлежат.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Оскорбление как посягательство на достоинство.</w:t>
      </w:r>
      <w:r>
        <w:rPr>
          <w:rFonts w:ascii="Times New Roman" w:hAnsi="Times New Roman"/>
          <w:b w:val="0"/>
          <w:i w:val="0"/>
          <w:sz w:val="24"/>
        </w:rPr>
        <w:t xml:space="preserve"> Оскорбление — унижение чести и достоинства другого лица, выраженное в неприличной или иной противоречащей общепринятым нормам морали и нравственности форме, — является административным правонарушением (ст. 5.61 КоАП РФ) и одновременно нарушает личные неимущественные права истца. Согласно разъяснениям пункта 9 постановления Пленума Верховного Суда РФ от 24.02.2005 № 3 «О судебной практике по делам о защите чести и достоинства граждан, а также деловой репутации граждан и юридических лиц» (далее — постановление Пленума № 3), если субъективное мнение было высказано в оскорбительной форме, унижающей честь, достоинство или деловую репутацию истца, на ответчика может быть возложена обязанность компенсации морального вреда, причинённого истцу оскорблением.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1099 ГК РФ основания и размер компенсации определяются правилами главы 59 ГК РФ и статьёй 151: «Основания и размер компенсации гражданину морального вреда определяются правилами, предусмотренными настоящей главой и статьей 151 настоящего Кодекса.»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определении размера компенсации истец просит учесть: публичный характер оскорбления, [присутствие несовершеннолетних детей / коллег], нецензурную форму, повторность, отсутствие извинений, а также разъяснения постановления Пленума Верховного Суда РФ от 15.11.2022 № 33 «О практике применения судами норм о компенсации морального вреда».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Общие основания.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ГК РФ: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208 ГК РФ исковая давность не распространяется на «требования о защите личных неимущественных прав и других нематериальных благ, кроме случаев, предусмотренных законом»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Лингвистическая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[Если постановления по делу об АП нет:] </w:t>
      </w:r>
      <w:r>
        <w:rPr>
          <w:rFonts w:ascii="Times New Roman" w:hAnsi="Times New Roman"/>
          <w:b/>
          <w:i w:val="0"/>
          <w:sz w:val="24"/>
        </w:rPr>
        <w:t>Лингвистическая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определения, являются ли высказывания утверждениями о фактах или оценочным мнением и носят ли они порочащий характер, требуются специальные знания; истец ходатайствует о назначении судебной лингвистической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150, 151, 152, 1101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