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признании не приобретшим право пользования жилым помещением и снятии с регистрационного учёта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признании не приобретшим право пользования жилым помещением и снятии с регистрационного учёта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неправильно применили статью 31 ЖК РФ: ответчик в жилое помещение не вселялся и не проживал, а регистрация по месту жительства сама по себе права пользования не порождает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пользования возникает из вселения и проживания.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31 ЖК РФ установлено: «К членам семьи собственника жилого помещения относятся проживающие совместно с данным собственником в принадлежащем ему жилом помещении его супруг, а также дети и родители данного собственника. Другие родственники, нетрудоспособные иждивенцы и в исключительных случаях иные граждане могут быть признаны членами семьи собственника, если они вселены собственником в качестве членов своей семьи.» Согласно части 2 той же статьи «Члены семьи собственника жилого помещения имеют право пользования данным жилым помещением наравне с его собственником, если иное не установлено соглашением между собственником и членами его семьи. Члены семьи собственника жилого помещения обязаны использовать данное жилое помещение по назначению, обеспечивать его сохранность.» [Для социального найма:] Частью 1 статьи 70 ЖК РФ предусмотрено: «Наниматель с согласия в письменной форме членов своей семьи, в том числе временно отсутствующих членов своей семьи, вправе вселить в занимаемое им жилое помещение по договору социального найма своего супруга, своих детей и родителей или с согласия в письменной форме членов своей семьи, в том числе временно отсутствующих членов своей семьи, и наймодателя - других граждан в качестве проживающих совместно с ним членов своей семьи. Наймодатель может запретить вселение граждан в качестве проживающих совместно с нанимателем членов его семьи в случае, если после их вселения общая площадь соответствующего жилого помещения на одного члена семьи составит менее учетной нормы. На вселение к родителям их несовершеннолетних детей не требуется согласие остальных членов семьи нанимателя и согласие наймодателя.»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Ответчик в жилое помещение в качестве члена семьи собственника (нанимателя) не вселялся и совместно с ним не проживал. Сама по себе регистрация по месту жительства является административным актом и не порождает права пользования жилым помещением. Разъяснения по применению этих норм даны в постановлении Пленума Верховного Суда РФ от 02.07.2009 № 14 «О некоторых вопросах, возникших в судебной практике при применении Жилищного кодекса Российской Федерации».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Права собственника.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209 ГК РФ установлено: «Собственнику принадлежат права владения, пользования и распоряжения своим имуществом.» Пунктом 1 статьи 288 ГК РФ предусмотрено: «Собственник осуществляет права владения, пользования и распоряжения принадлежащим ему жилым помещением в соответствии с его назначением.» Частью 1 статьи 30 ЖК РФ определено: «Собственник жилого помещения осуществляет права владения, пользования и распоряжения принадлежащим ему на праве собственности жилым помещением в соответствии с его назначением и пределами его использования, которые установлены настоящим Кодексом.» Статьёй 304 ГК РФ установлено: «Собственник может требовать устранения всяких нарушений его права, хотя бы эти нарушения и не были соединены с лишением владения.»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Основания жилищных прав.</w:t>
      </w:r>
      <w:r>
        <w:rPr>
          <w:rFonts w:ascii="Times New Roman" w:hAnsi="Times New Roman"/>
          <w:b w:val="0"/>
          <w:i w:val="0"/>
          <w:sz w:val="24"/>
        </w:rPr>
        <w:t xml:space="preserve"> Статьёй 10 ЖК РФ определено, что «Жилищные права и обязанности возникают из оснований, предусмотренных настоящим Кодексом, другими федеральными законами и иными правовыми актами, а также из действий участников жилищных отношений, которые хотя и не предусмотрены такими актами, но в силу общих начал и смысла жилищного законодательства порождают жилищные права и обязанности. В соответствии с этим жилищные права и обязанности возникают:» Ни одно из этих оснований у ответчика не возникло.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Защита жилищных прав.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3 Жилищного кодекса Российской Федерации (далее — ЖК РФ) установлено: «Никто не может быть выселен из жилища или ограничен в праве пользования жилищем, в том числе в праве получения коммунальных услуг, иначе как по основаниям и в порядке, которые предусмотрены настоящим Кодексом, другими федеральными законами.» Согласно части 3 статьи 11 ЖК РФ защита жилищных прав осуществляется, в частности, путём «признания жилищного права», «восстановления положения, существовавшего до нарушения жилищного права, и пресечения действий, нарушающих это право или создающих угрозу его нарушения» и «прекращения или изменения жилищного правоотношения»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3, 10, 31 ЖК РФ, статьёй 209 ГК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