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соглашения об уплате алиментов недействительным и взыскании алиментов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соглашения об уплате алиментов недействительным и взыскании алиментов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102 и 103 СК РФ: размер алиментов по соглашению ниже установленного законом минимума и существенно нарушает интересы ребёнка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соглашению.</w:t>
      </w:r>
      <w:r>
        <w:rPr>
          <w:rFonts w:ascii="Times New Roman" w:hAnsi="Times New Roman"/>
          <w:b w:val="0"/>
          <w:i w:val="0"/>
          <w:sz w:val="24"/>
        </w:rPr>
        <w:t xml:space="preserve"> Статьёй 99 Семейного кодекса Российской Федерации (далее — СК РФ) определено: «Соглашение об уплате алиментов (размере, условиях и порядке выплаты алиментов) заключается между лицом, обязанным уплачивать алименты, и их получателем, а при недееспособности лица, обязанного уплачивать алименты, и (или) получателя алиментов - между законными представителями этих лиц. Не полностью дееспособные лица заключают соглашение об уплате алиментов с согласия их законных представителей.» Пунктом 1 статьи 101 СК РФ установлено: «К заключению, исполнению, расторжению и признанию недействительным соглашения об уплате алиментов применяются нормы Гражданского кодекса Российской Федерации, регулирующие заключение, исполнение, расторжение и признание недействительными гражданско-правовых сделок.»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Форма и сила соглашения.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100 СК РФ установлено: «Соглашение об уплате алиментов заключается в письменной форме и подлежит нотариальному удостоверению.» Пунктом 2 той же статьи предусмотрено: «Нотариально удостоверенное соглашение об уплате алиментов имеет силу исполнительного листа.» Поэтому до признания Соглашения недействительным оно продолжает действовать и исполняться.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интересов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102 СК РФ предусмотрено: «Если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интересы, в частности в случае несоблюдения требований пункта 2 статьи 103 настоящего Кодекса,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семьи, а также органа опеки и попечительства или прокурора.»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Минимальный размер по соглашению.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103 СК РФ установлено: «Размер алиментов, уплачиваемых по соглашению об уплате алиментов, определяется сторонами в этом соглашении.» Однако пунктом 2 той же статьи предусмотрено: «Размер алиментов, устанавливаемый по соглашению об уплате алиментов на несовершеннолетних детей, не может быть ниже размера алиментов, которые они могли бы получить при взыскании алиментов в судебном порядке (статья 81 настоящего Кодекса).»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Ориентиром при оценке служит размер, установленный пунктом 1 статьи 81 СК РФ: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 Согласованная сумма составляет лишь [__] % от этого размера, что очевидно нарушает интересы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Общие основания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[При обмане или угрозе:] Пунктом 1 статьи 179 Гражданского кодекса Российской Федерации (далее — ГК РФ) установлено: «Сделка, совершенная под влиянием насилия или угрозы, может быть признана судом недействительной по иску потерпевшего.» Пунктом 2 той же статьи: «Сделка, совершенная под влиянием обмана, может быть признана судом недействительной по иску потерпевшего.» В силу пункта 1 статьи 167 ГК РФ «Недействительная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Взыскание алиментов в 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При недействительности Соглашения содержание ребёнка обеспечивается по правилам пункта 2 статьи 80 СК РФ: «В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порядке.» Истец просит взыскать алименты в размере, предусмотренном статьёй 81 СК РФ.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99–103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