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15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определении места жительства несовершеннолетнего ребёнка [и взыскании алиментов]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определении места жительства несовершеннолетнего ребёнка [и взыскании алиментов]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Определив место жительства ребёнка с ответчиком, суды не применили пункт 3 статьи 65 СК РФ: не учтены привязанность ребёнка, его мнение, условия проживания и нравственные качества родителей, то есть интересы ребёнка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Место жительства при раздельном проживании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 Семейного кодекса Российской Федерации (далее — СК РФ) установлено: «Место жительства детей при раздельном проживании родителей устанавливается соглашением родителей.» «При отсутствии соглашения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другое).» Абзацем третьим того же пункта предусмотрено: «По требованию родителей (одного из них) в порядке, установленном гражданским процессуальным законодательством, и с учетом требований абзаца второго настоящего пункта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Равенство прав родителей и 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 СК РФ определено: «Родители имеют равные права и несут равные обязанности в отношении своих детей (родительские права).» Однако при выборе места жительства решающими являются интересы ребёнка: пунктом 1 статьи 65 СК РФ установлено, что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ребёнка на семью.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54 СК РФ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Определение места жительства с истцом не лишает ребёнка общения с ответчиком: пунктом 1 статьи 55 СК РФ установлено, что «Ребенок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недействительным или раздельное проживание родителей не влияют на права ребенка.» «В случае раздельного проживания родителей ребенок имеет право на общение с каждым из них. Ребенок имеет право на общение со своими родителями также в случае их проживания в разных государствах.»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предусмотрено, что учёт мнения ребёнка, достигшего возраста десяти лет, обязателен, за исключением случаев, когда это противоречит его интересам. Истец ходатайствует о выяснении мнения ребёнка [с участием педагога-психолога].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Алименты.</w:t>
      </w:r>
      <w:r>
        <w:rPr>
          <w:rFonts w:ascii="Times New Roman" w:hAnsi="Times New Roman"/>
          <w:b w:val="0"/>
          <w:i w:val="0"/>
          <w:sz w:val="24"/>
        </w:rPr>
        <w:t xml:space="preserve"> Поскольку ребёнок остаётся с истцом, ответчик обязан участвовать в его содержании: пунктом 1 статьи 80 СК РФ установлено, что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Согласно пункту 1 статьи 81 СК РФ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15 пункта 1 статьи 333.36 Налогового кодекса Российской Федерации от её уплаты освобождены: «истцы - при рассмотрении дел о защите прав и законных интересов ребенка». [Если суд не признает спор делом о защите прав ребёнка, пошлина уплачивается по подпункту 20 пункта 1 статьи 333.19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54, 57, 61, 65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