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определении порядка пользования жилым помещением, находящимся в общей долевой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определении порядка пользования жилым помещением, находящимся в общей долевой собственности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Определив порядок пользования без учёта доли истца [или отказав], суды не применили статью 247 ГК РФ: не учтены размер долей, фактически сложившийся порядок, нуждаемость и реальная возможность совместного пользования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имуществом в долевой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Пунктом 2 той же статьи предусмотрено: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 жилого помещения.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 определено: «Собственнику принадлежат права владения, пользования и распоряжения своим имуществом.» Частью 1 статьи 30 ЖК РФ установлено: «Собственник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настоящим Кодексом.» Пунктом 2 статьи 288 ГК РФ: «Жилые помещения предназначены для проживания граждан.» «Гражданин - собственник жилого помещения может использовать его для личного проживания и проживания членов его семьи.»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Критерии.</w:t>
      </w:r>
      <w:r>
        <w:rPr>
          <w:rFonts w:ascii="Times New Roman" w:hAnsi="Times New Roman"/>
          <w:b w:val="0"/>
          <w:i w:val="0"/>
          <w:sz w:val="24"/>
        </w:rPr>
        <w:t xml:space="preserve"> Определяя порядок пользования, суд учитывает фактически сложившийся порядок, который может точно не соответствовать долям, нуждаемость каждого из собственников в жилье и реальную возможность совместного пользования. Предложенный истцом вариант [соответствует сложившемуся порядку / учитывает, что с истцом проживают несовершеннолетние дети / позволяет каждому пользоваться изолированной комнатой].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Самостоятельный объект пользования — только изолированное помещение.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62 ЖК РФ установлено, что «Самостоятельным предметом договора социального найма жилого помещения не могут быть неизолированное жилое помещение, помещения вспомогательного использования, а также общее имущество в многоквартирном доме.» Поэтому истец просит передать ему изолированную комнату, а вспомогательные помещения оставить в общем пользовании.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Пределы усмотрения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209 ГК РФ установлено: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Ответчик, используя всю квартиру единолично, нарушает права истца как сособственника.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права.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 предусмотрено: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жилищных прав.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 Жилищного кодекса Российской Федерации (далее — ЖК РФ) установлено: «Никто не может быть выселен из жилища или ограничен в праве пользования жилищем, в том числе в праве получения коммунальных услуг, иначе как по основаниям и в порядке, которые предусмотрены настоящим Кодексом, другими федеральными законами.» Согласно части 3 статьи 11 ЖК РФ защита жилищных прав осуществляется, в частности, путём «признания жилищного права», «восстановления положения, существовавшего до нарушения жилищного права, и пресечения действий, нарушающих это право или создающих угрозу его нарушения» и «прекращения или изменения жилищного правоотношения»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247, 288, 304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