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доли незначительной, прекращении права общей долевой собственности с выплатой компенсации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доли незначительной, прекращении права общей долевой собственности с выплатой компенсации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4 статьи 252 ГК РФ: доля ответчика незначительна, не может быть реально выделена, у него нет существенного интереса в использовании имущества, а компенсация внесена на депозит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Общая собственность.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244 ГК РФ: «Имущество, находящееся в собственности двух или нескольких лиц, принадлежит им на праве общей собственности.» Пунктом 2 статьи 247 ГК РФ: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Выплата компенсации без согласия собственника доли.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252 ГК РФ: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 Пунктом 4: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Пунктом 5: «С получением компенсации в соответствии с настоящей статьей собственник утрачивает право на долю в общем имуществе.»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Совокупность условий соблюдена:</w:t>
      </w:r>
      <w:r>
        <w:rPr>
          <w:rFonts w:ascii="Times New Roman" w:hAnsi="Times New Roman"/>
          <w:b w:val="0"/>
          <w:i w:val="0"/>
          <w:sz w:val="24"/>
        </w:rPr>
        <w:t xml:space="preserve"> (1) доля ответчика незначительна — [__] кв. м жилой площади; (2) реально выделить её невозможно; (3) существенного интереса в использовании общего имущества у ответчика нет: он [проживает в другом жилом помещении, принадлежащем ему на праве собственности; не вселялся; не оплачивает расходы]. Верховный Суд РФ неоднократно указывал, что применение правила абзаца второго пункта 4 статьи 252 ГК РФ возможно лишь при одновременном наличии всех этих условий, а также при подтверждении платёжеспособности истца — поэтому сумма компенсации внесена на депозит.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компенсации.</w:t>
      </w:r>
      <w:r>
        <w:rPr>
          <w:rFonts w:ascii="Times New Roman" w:hAnsi="Times New Roman"/>
          <w:b w:val="0"/>
          <w:i w:val="0"/>
          <w:sz w:val="24"/>
        </w:rPr>
        <w:t xml:space="preserve"> Компенсация определяется по рыночной стоимости доли; истец ходатайствует о назначении судебной оценочной экспертизы, если ответчик оспорит отчёт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Прекращение права.</w:t>
      </w:r>
      <w:r>
        <w:rPr>
          <w:rFonts w:ascii="Times New Roman" w:hAnsi="Times New Roman"/>
          <w:b w:val="0"/>
          <w:i w:val="0"/>
          <w:sz w:val="24"/>
        </w:rPr>
        <w:t xml:space="preserve"> После выплаты компенсации право ответчика на долю прекращается, а право собственности на неё переходит к истцу (п. 5 ст. 252 ГК РФ). Решение суда является основанием для регистрации.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регистрация.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Пунктом 6 той же статьи: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247, 252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