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членом семьи нанимателя и права пользования жилым помещением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членом семьи нанимателя и права пользования жилым помещением по договору социального найма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69 и 70 ЖК РФ: истец вселён нанимателем в качестве члена семьи, проживал совместно и вёл общее хозяйство, поэтому приобрёл равное с нанимателем право пользования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Члены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69 ЖК РФ установлено: «К членам семьи нанимателя жилого помещения по договору социального найма относятся проживающие совместно с ним его супруг, а также дети и родители данного нанимателя. Другие родственники, нетрудоспособные иждивенцы признаются членами семьи нанимателя жилого помещения по договору социального найма, если они вселены нанимателем в качестве членов его семьи и ведут с ним общее хозяйство. В исключительных случаях иные лица могут быть признаны членами семьи нанимателя жилого помещения по договору социального найма в судебном порядке.» Частью 2 той же статьи: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Вселение других лиц в качестве членов семьи.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70 ЖК РФ предусмотрено: «Наниматель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наймодателя.» Частью 2 той же статьи: «Вселение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был вселён нанимателем именно в качестве члена семьи, проживает с ним одной семьёй и ведёт общее хозяйство.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 Для признания членом семьи нанимателя лиц, не указанных в абзаце первом части 1 статьи 69 ЖК РФ, необходимо установить факт их вселения нанимателем в качестве членов семьи и ведения с ним общего хозяйства (п. 25).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Изменение договора.</w:t>
      </w:r>
      <w:r>
        <w:rPr>
          <w:rFonts w:ascii="Times New Roman" w:hAnsi="Times New Roman"/>
          <w:b w:val="0"/>
          <w:i w:val="0"/>
          <w:sz w:val="24"/>
        </w:rPr>
        <w:t xml:space="preserve"> [После смерти нанимателя:] Частью 2 статьи 82 ЖК РФ установлено: «Дееспособный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нанимателя. Такое же право принадлежит в случае смерти нанимателя любому дееспособному члену семьи умершего нанимателя.»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пользования не утрачиваются при временном отсутствии.</w:t>
      </w:r>
      <w:r>
        <w:rPr>
          <w:rFonts w:ascii="Times New Roman" w:hAnsi="Times New Roman"/>
          <w:b w:val="0"/>
          <w:i w:val="0"/>
          <w:sz w:val="24"/>
        </w:rPr>
        <w:t xml:space="preserve"> Статьёй 71 ЖК РФ предусмотрено: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69, 70, 71, 82 ЖК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