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стороны сделки: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сделки недействительной как притворной и применении к отношениям сторон правил прикрываемой сделки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притворной сделки недействительной и применении к ней правил прикрываемой сделки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2 статьи 170 ГК РФ: воля сторон была направлена на достижение иного правового результата, а прикрываемая сделка подлежит оценке по её действительному существу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Притворная сделка.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170 ГК РФ установлено: «Притворная сделка,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правила.» Совокупность документов, оформленных сторонами, направлена на достижение одного результата — [описание], что характерно для прикрываемой сделки.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Квалификация по существу.</w:t>
      </w:r>
      <w:r>
        <w:rPr>
          <w:rFonts w:ascii="Times New Roman" w:hAnsi="Times New Roman"/>
          <w:b w:val="0"/>
          <w:i w:val="0"/>
          <w:sz w:val="24"/>
        </w:rPr>
        <w:t xml:space="preserve"> Притворной может быть и цепочка сделок, совершённых для прикрытия одной сделки. Суд оценивает действительную волю сторон с учётом цели, фактических расчётов и последовательности действий.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правил прикрываемой сделки.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сторон подлежат применению правила о [купле-продаже / залоге], в частности [статьи [__] ГК РФ], что означает: [последствие для сторон — обязанность ответчика доплатить цену / право истца на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обхода закона.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167, 170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