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разделе наследственного имущества с выплатой компенсации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разделе наследственного имущества с выплатой компенсации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разделе [или разделив его иначе], суды не применили статьи 1165, 1168 и 1170 ГК РФ: истец имеет преимущественное право на неделимую вещь, а несоразмерность компенсируется выплатой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Общая собственность наследников.</w:t>
      </w:r>
      <w:r>
        <w:rPr>
          <w:rFonts w:ascii="Times New Roman" w:hAnsi="Times New Roman"/>
          <w:b w:val="0"/>
          <w:i w:val="0"/>
          <w:sz w:val="24"/>
        </w:rPr>
        <w:t xml:space="preserve"> Статьёй 1164 Гражданского кодекса Российской Федерации (далее — ГК РФ) установлено: «При наследовании по закону, если наследственное имущество переходит к двум или нескольким наследникам, и при наследовании по завещанию, если оно завещано двум или нескольким наследникам без указания наследуемого каждым из них конкретного имущества, наследственное имущество поступает со дня открытия наследства в общую долевую собственность наследников.» «К общей собственности наследников на наследственное имущество применяются положения главы 16 настоящего Кодекса об общей долевой собственности с учетом правил статей 1165 - 1170 настоящего Кодекса. Однако при разделе наследственного имущества правила статей 1168 - 1170 настоящего Кодекса применяются в течение трех лет со дня открытия наследства.»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по соглашению и в суде.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1165 ГК РФ предусмотрено: «Наследственное имущество, которое находится в общей долевой собственности двух или нескольких наследников, может быть разделено по соглашению между ними.» При недостижении соглашения раздел производится судом по правилам статьи 252 ГК РФ: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Преимущественное право.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1168 ГК РФ установлено: «Наследник, обладавший совместно с наследодателем правом общей собственности на неделимую вещь (статья 133), доля в праве на которую входит в состав наследства, имеет при разделе наследства преимущественное право на получение в счет своей наследственной доли вещи, находившейся в общей собственности, перед наследниками, которые ранее не являлись участниками общей собственности, независимо от того, пользовались они этой вещью или нет.» Пунктом 2 той же статьи: «Наследник, постоянно пользовавшийся неделимой вещью (статья 133), входящей в состав наследства, имеет при разделе наследства преимущественное право на получение в счет своей наследственной доли этой вещи перед наследниками, не пользовавшимися этой вещью и не являвшимися ранее участниками общей собственности на нее.» Пунктом 3: «Если в состав наследства входит жилое помещение (жилой дом, квартира и тому подобное), раздел которого в натуре невозможен, при разделе наследства наследники, проживавшие в этом жилом помещении ко дню открытия наследства и не имеющие иного жилого помещения, имеют перед другими наследниками, не являющимися собственниками жилого помещения, входящего в состав наследства, преимущественное право на получение в счет их наследственных долей этого жилого помещения.»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1170 ГК РФ определено: «Несоразмерность наследственного имущества, о преимущественном праве на получение которого заявляет наследник на основании статьи 1168 или 1169 настоящего Кодекса,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компенсации, в том числе выплатой соответствующей денежной суммы.» Согласно пункту 2 той же статьи «Если соглашением между всеми наследниками не установлено иное, осуществление кем-либо из них преимущественного права возможно после предоставления соответствующей компенсации другим наследникам.» Компенсация предоставлена путём внесения денежных средств на депозит.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Несоразмерность и выплата вместо выдела доли.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252 ГК РФ установлено: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Пунктом 5 той же статьи предусмотрено: «С получением компенсации в соответствии с настоящей статьей собственник утрачивает право на долю в общем имуществе.»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252, 1164, 1165, 1168, 1170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