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сносе самовольной постройки [приведении её в соответствие с установленными требованиями]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сносе самовольной постройки [приведении её в соответствие с установленными требованиями]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2 статьи 222 ГК РФ и статью 304 ГК РФ: постройка возведена с существенным нарушением норм, создаёт угрозу и нарушает права истца, а нарушения не устранимы иначе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Самовольная постройка.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ГК РФ: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 Пунктом 2: «Лицо, осуществившее самовольную постройку, не приобретает на нее право собственности. Оно не вправе распоряжаться постройкой - продавать, дарить, сдавать в аренду, совершать другие сделки.» «Использование самовольной постройки не допускается.»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от нарушений, не связанных с лишением владения.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 Пунктом 1 статьи 263 ГК РФ: «Собственник земельного участка может возводить на нем здания и сооружения, осуществлять их перестройку или снос, разрешать строительство на своем участке другим лицам. Эти права осуществляются при условии соблюдения градостроительных и строительных норм и правил, а также требований о целевом назначении земельного участка (пункт 2 статьи 260).» Абзацем вторым пункта 2 той же статьи: «Последствия самовольной постройки, возведенной или созданной на земельном участке его собственником или другими лицами, определяются статьей 222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Соразмерность способа защиты.</w:t>
      </w:r>
      <w:r>
        <w:rPr>
          <w:rFonts w:ascii="Times New Roman" w:hAnsi="Times New Roman"/>
          <w:b w:val="0"/>
          <w:i w:val="0"/>
          <w:sz w:val="24"/>
        </w:rPr>
        <w:t xml:space="preserve"> В пункте 25 постановления Пленума Верховного Суда РФ от 12.12.2023 № 44 «О некоторых вопросах, возникающих в судебной практике при применении норм о самовольной постройке» разъяснено: «Вместе с тем исходя из принципа пропорциональности снос объекта самовольного строительства является крайней мерой государственного вмешательства в отношения, связанные с возведением (созданием) объектов недвижимого имущества, а устранение последствий допущенного нарушения должно быть соразмерно самому нарушению, не должно создавать дисбаланса между публичным и частным интересом, приводящего к нарушению устойчивости хозяйственного оборота и причинению несоразмерных убытков.» Пунктом 31 того же постановления: «При установлении возможности устранения нарушений, допущенных при возведении (создании) самовольной постройки, суд принимает решение, предусматривающее оба возможных способа его исполнения, о сносе самовольной постройки или о ее приведении в соответствие с установленными требованиями, на что указывается в резолютивной части решения (абзац третий пункта 2, пункт 3.1 статьи 222 ГК РФ, статья 55.32 ГрК РФ, часть 5 статьи 198 ГПК РФ, часть 5 статьи 170 АПК РФ).» Истец поэтому заявляет требования в альтернативной форме. Нарушения, допущенные ответчиком, существенны: [создают угрозу жизни и здоровью / повреждению имущества истца], что подтверждено заключением специалиста.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208 ГК РФ установлено, что исковая давность не распространяется на «требования собственника или иного владельца об устранении всяких нарушений его права, хотя бы эти нарушения не были соединены с лишением владения (статья 304)» На требование о сносе самовольной постройки, создающей угрозу жизни и здоровью граждан, исковая давность также не распространяется.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222, 263, 304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