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задолженности по оплате товара по договору купли-продажи и процентов за пользование чужими денежными средствами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задолженности по оплате товара по договору купли-продажи и процентов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454, 486 и 488 ГК РФ: товар передан покупателю, а обязанность оплатить его не исполнена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купли-продажи.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454 Гражданского кодекса Российской Федерации (далее — ГК РФ) «По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(цену).» Продавец свою обязанность исполнил, товар передан и принят 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оплатить товар.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486 ГК РФ установлено: «Покупатель обязан оплатить товар непосредственно до или после передачи ему продавцом товара, если иное не предусмотрено настоящим Кодексом, другим законом, иными правовыми актами или договором купли-продажи и не вытекает из существа обязательства.» В силу пункта 2 той же статьи «Если договором купли-продажи не предусмотрена рассрочка оплаты товара, покупатель обязан уплатить продавцу цену переданного товара полностью.» Пунктом 3 статьи 486 ГК РФ предусмотрено: «Если покупатель своевременно не оплачивает переданный в соответствии с договором купли-продажи товар, продавец вправе потребовать оплаты товара и уплаты процентов в соответствии со статьей 395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Продажа в кредит или в рассрочку.</w:t>
      </w:r>
      <w:r>
        <w:rPr>
          <w:rFonts w:ascii="Times New Roman" w:hAnsi="Times New Roman"/>
          <w:b w:val="0"/>
          <w:i w:val="0"/>
          <w:sz w:val="24"/>
        </w:rPr>
        <w:t xml:space="preserve"> [Если оплата была отсрочена или рассрочена:] Согласно пункту 1 статьи 488 ГК РФ «В случае, когда договором купли-продажи предусмотрена оплата товара через определенное время после его передачи покупателю (продажа товара в кредит), покупатель должен произвести оплату в срок, предусмотренный договором, а если такой срок договором не предусмотрен, в срок, определенный в соответствии со статьей 314 настоящего Кодекса.» Пунктом 3 той же статьи определено: «В случае, когда покупатель, получивший товар, не исполняет обязанность по его оплате в установленный договором купли-продажи срок, продавец вправе потребовать оплаты переданного товара или возврата неоплаченных товаров.» Пунктом 4 статьи 488 ГК РФ установлено: «В случае,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купли-продажи, на просроченную сумму подлежат уплате проценты в соответствии со статьей 395 настоящего Кодекса со дня, когда по договору товар должен был быть оплачен, до дня оплаты товара покупателем.»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просрочку оплаты.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Проценты за период с «[дата, следующая за днём, когда оплата должна была быть произведена]» по «[дата составления иска]» составляют [сумма] рублей (расчёт прилагается) и подлежат начислению до дня фактической оплаты (п. 3 ст. 395 ГК РФ). [Если Договором установлена неустойка за просрочку оплаты, вместо процентов взыскивается неустойка.]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Залог в силу закона.</w:t>
      </w:r>
      <w:r>
        <w:rPr>
          <w:rFonts w:ascii="Times New Roman" w:hAnsi="Times New Roman"/>
          <w:b w:val="0"/>
          <w:i w:val="0"/>
          <w:sz w:val="24"/>
        </w:rPr>
        <w:t xml:space="preserve"> [Если товар продан в кредит:] Пунктом 5 статьи 488 ГК РФ предусмотрено: «Если иное не предусмотрено договором купли-продажи, с момента передачи товара покупателю и до его оплаты товар, проданный в кредит, признается находящимся в залоге у продавца для обеспечения исполнения покупателем его обязанности по оплате товара.» Истец вправе получить удовлетворение за счёт стоимости проданного товара [заявить требование об обращении взыскания при необходимости].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309, 395, 454, 486, 488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