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задолженности наследодателя с наследников в пределах стоимости перешедшего к ним наследственного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задолженности наследодателя с наследников в пределах стоимости перешедшего наследственного имущества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1110, 1112 и 1175 ГК РФ: долг входит в состав наследства, ответчики приняли наследство и отвечают в пределах его стоимости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Долг входит в наследство.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1110 Гражданского кодекса Российской Федерации (далее — ГК РФ) «При наследовании имущество умершего (наследство, наследственное имущество) переходит к другим лицам в порядке универсального правопреемства, то есть в неизменном виде как единое целое и в один и тот же момент, если из правил настоящего Кодекса не следует иное.»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 Обязательство по возврату займа не связано неразрывно с личностью должника и смертью должника не прекращается: пунктом 1 статьи 418 ГК РФ предусмотрено, что «Обязательство прекращается смертью должника, если исполнение не может быть произведено без личного участия должника либо обязательство иным образом неразрывно связано с личностью должника.»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Наследники приняли наследство.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1152 ГК РФ «Для приобретения наследства наследник должен его принять.» Пунктом 1 статьи 1153 ГК РФ установлено: «Принятие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наследство.» Согласно пункту 2 той же статьи «Признается,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наследник:» «вступил во владение или в управление наследственным имуществом» «произвел за свой счет расходы на содержание наследственного имущества» «оплатил за свой счет долги наследодателя или получил от третьих лиц причитавшиеся наследодателю денежные средства.» Пунктом 4 статьи 1152 ГК РФ предусмотрено: «Принятое наследство признается принадлежащим наследнику со дня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когда такое право подлежит государственной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наследников.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1175 ГК РФ «Наследники, принявшие наследство, отвечают по долгам наследодателя солидарно (статья 323).» «Каждый из наследников отвечает по долгам наследодателя в пределах стоимости перешедшего к нему наследственного имущества.» Стоимость наследственного имущества ([сумма] рублей) превышает размер долга ([сумма] рублей), поэтому задолженность подлежит взысканию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Наследники отвечают солидарно, и кредитор вправе требовать исполнения от всех или любого из них: в силу пункта 1 статьи 323 ГК РФ «При солидарной обязанности должников кредитор вправе требовать исполнения как от всех должников совместно, так и от любого из них в отдельности, притом как полностью, так и в части долга.»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продолжают начисляться.</w:t>
      </w:r>
      <w:r>
        <w:rPr>
          <w:rFonts w:ascii="Times New Roman" w:hAnsi="Times New Roman"/>
          <w:b w:val="0"/>
          <w:i w:val="0"/>
          <w:sz w:val="24"/>
        </w:rPr>
        <w:t xml:space="preserve"> Проценты за пользование займом по договору начисляются и после открытия наследства, поскольку к наследникам перешло само обязательство. Проценты же за просрочку (ст. 395 ГК РФ) начисляются по истечении времени, необходимого для принятия наследства (шесть месяцев со дня его открытия).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1175 ГК РФ установлено: «Кредиторы наследодателя вправе предъявить свои требования к принявшим наследство наследникам в пределах сроков исковой давности, установленных для соответствующих требований. До принятия наследства требования кредиторов могут быть предъявлены к наследственному имуществу, в целях сохранения которого к участию в деле привлекается исполнитель завещания или нотариус. В последнем случае суд приостанавливает рассмотрение дела до принятия наследства наследниками или перехода выморочного имущества в соответствии со статьей 1151 настоящего Кодекса к Российской Федерации, субъекту Российской Федерации или муниципальному образованию.» «При предъявлении требований кредиторами наследодателя срок исковой давности, установленный для соответствующих требований, не подлежит перерыву, приостановлению и восстановлению.» Срок возврата займа наступил «[дата]», срок исковой давности истекает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1110, 1112, 1152, 1175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