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Заявитель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Заинтересованное лицо — [наименование налогового органа]: </w:t>
      </w:r>
      <w:r>
        <w:rPr>
          <w:rFonts w:ascii="Times New Roman" w:hAnsi="Times New Roman"/>
          <w:b w:val="0"/>
          <w:i w:val="0"/>
          <w:sz w:val="24"/>
        </w:rPr>
        <w:t>[полное наименование органа]</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признании незаконным отказа (бездействия) в возврате денежных средств, формирующих положительное сальдо ЕНС, и обязании вернуть их с процентами</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заявления [наименование заявителя] о признании незаконным отказа в возврате положительного сальдо единого налогового счёта и обязании вернуть денежные средства с процентами отказано. Постановлением [наименование] арбитражного апелляционного суда от «[дата]» решение оставлено без изменения.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удовлетворении заявления, суды неправильно применили статьи 78 и 79 НК РФ: положительное сальдо сформировано, заявление о возврате подано в срок, а оснований для отказа нет (части 1 и 2 статьи 288 АПК РФ).</w:t>
      </w:r>
    </w:p>
    <w:p>
      <w:pPr>
        <w:spacing w:after="120" w:line="276" w:lineRule="auto"/>
        <w:ind w:firstLine="709"/>
        <w:jc w:val="both"/>
      </w:pPr>
      <w:r>
        <w:rPr>
          <w:rFonts w:ascii="Times New Roman" w:hAnsi="Times New Roman"/>
          <w:b/>
          <w:i w:val="0"/>
          <w:sz w:val="24"/>
        </w:rPr>
        <w:t>Право на обращение.</w:t>
      </w:r>
      <w:r>
        <w:rPr>
          <w:rFonts w:ascii="Times New Roman" w:hAnsi="Times New Roman"/>
          <w:b w:val="0"/>
          <w:i w:val="0"/>
          <w:sz w:val="24"/>
        </w:rPr>
        <w:t xml:space="preserve"> Статьёй 137 Налогового кодекса Российской Федерации (далее — НК РФ) установлено: «Каждое лицо имеет право обжаловать акты налоговых органов ненормативного характера, действия или бездействие их должностных лиц, если, по мнению этого лица, такие акты, действия или бездействие нарушают его права.» Частью 1 статьи 198 Арбитражного процессуального кодекса Российской Федерации (далее — АПК РФ) предусмотрено: «Граждане, организации и иные лица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органов, осуществляющих публичные полномочия, должностных лиц, если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w:t>
      </w:r>
    </w:p>
    <w:p>
      <w:pPr>
        <w:spacing w:after="120" w:line="276" w:lineRule="auto"/>
        <w:ind w:firstLine="709"/>
        <w:jc w:val="both"/>
      </w:pPr>
      <w:r>
        <w:rPr>
          <w:rFonts w:ascii="Times New Roman" w:hAnsi="Times New Roman"/>
          <w:b/>
          <w:i w:val="0"/>
          <w:sz w:val="24"/>
        </w:rPr>
        <w:t>Право на возврат положительного сальдо.</w:t>
      </w:r>
      <w:r>
        <w:rPr>
          <w:rFonts w:ascii="Times New Roman" w:hAnsi="Times New Roman"/>
          <w:b w:val="0"/>
          <w:i w:val="0"/>
          <w:sz w:val="24"/>
        </w:rPr>
        <w:t xml:space="preserve"> Пунктом 1 статьи 79 НК РФ установлено: «Налогоплательщик, плательщик сбора, плательщик страховых взносов и (или) налоговый агент вправе распорядиться суммой денежных средств, формирующих положительное сальдо его единого налогового счета, путем возврата этой суммы на открытый ему счет в банке, если иное не предусмотрено настоящим пунктом, в порядке, предусмотренном настоящей статьей.» «Распоряжение денежными средствами в размере сумм, формирующих положительное сальдо единого налогового счета налогоплательщика, плательщика сбора, плательщика страховых взносов и (или) налогового агента, осуществляется на основании:» [заявления лица о распоряжении путём возврата].</w:t>
      </w:r>
    </w:p>
    <w:p>
      <w:pPr>
        <w:spacing w:after="120" w:line="276" w:lineRule="auto"/>
        <w:ind w:firstLine="709"/>
        <w:jc w:val="both"/>
      </w:pPr>
      <w:r>
        <w:rPr>
          <w:rFonts w:ascii="Times New Roman" w:hAnsi="Times New Roman"/>
          <w:b/>
          <w:i w:val="0"/>
          <w:sz w:val="24"/>
        </w:rPr>
        <w:t>Срок возврата и проценты.</w:t>
      </w:r>
      <w:r>
        <w:rPr>
          <w:rFonts w:ascii="Times New Roman" w:hAnsi="Times New Roman"/>
          <w:b w:val="0"/>
          <w:i w:val="0"/>
          <w:sz w:val="24"/>
        </w:rPr>
        <w:t xml:space="preserve"> Пунктом 3 статьи 79 НК РФ предусмотрено: «Поручение о возврате суммы денежных средств, формирующих положительное сальдо единого налогового счета лица - налогоплательщика, плательщика сбора, плательщика страховых взносов и (или) налогового агента, направляется налоговым органом в территориальный орган Федерального казначейства не позднее следующего дня после наступления одного из следующих событий:» [после получения заявления]. Пунктом 9 той же статьи установлено: «На сумму денежных средств, перечисленных на открытый в банке счет организации, индивидуального предпринимателя, физического лица, не являющегося индивидуальным предпринимателем, с нарушением более чем на 10 дней срока, установленного пунктом 3 настоящей статьи, начисляются проценты за каждый календарный день, следующий по истечении 10 дней со дня:» [получения налоговым органом заявления о возврате]. «Процентная ставка принимается равной ключевой ставке Центрального банка Российской Федерации, действовавшей в дни нарушения срока перечисления указанных сумм денежных средств.» Проценты за период с «[дата]» по «[дата]» составляют [__] рублей (расчёт прилагается).</w:t>
      </w:r>
    </w:p>
    <w:p>
      <w:pPr>
        <w:spacing w:after="120" w:line="276" w:lineRule="auto"/>
        <w:ind w:firstLine="709"/>
        <w:jc w:val="both"/>
      </w:pPr>
      <w:r>
        <w:rPr>
          <w:rFonts w:ascii="Times New Roman" w:hAnsi="Times New Roman"/>
          <w:b/>
          <w:i w:val="0"/>
          <w:sz w:val="24"/>
        </w:rPr>
        <w:t>Иск имущественного характера и досудебный порядок.</w:t>
      </w:r>
      <w:r>
        <w:rPr>
          <w:rFonts w:ascii="Times New Roman" w:hAnsi="Times New Roman"/>
          <w:b w:val="0"/>
          <w:i w:val="0"/>
          <w:sz w:val="24"/>
        </w:rPr>
        <w:t xml:space="preserve"> Абзацем пятым пункта 2 статьи 138 НК РФ предусмотрено: «Исковое заявление, содержащее требование имущественного характера, возникшее в результате реализации актов налоговых органов (за исключением федерального органа исполнительной власти, уполномоченного по контролю и надзору в сфере налогов и сборов) ненормативного характера, в результате действий или бездействия их должностных лиц, может быть подано в суд только после обжалования указанных актов, действий или бездействия в вышестоящий налоговый орган в порядке, предусмотренном настоящим Кодексом.»</w:t>
      </w:r>
    </w:p>
    <w:p>
      <w:pPr>
        <w:spacing w:after="120" w:line="276" w:lineRule="auto"/>
        <w:ind w:firstLine="709"/>
        <w:jc w:val="both"/>
      </w:pPr>
      <w:r>
        <w:rPr>
          <w:rFonts w:ascii="Times New Roman" w:hAnsi="Times New Roman"/>
          <w:b/>
          <w:i w:val="0"/>
          <w:sz w:val="24"/>
        </w:rPr>
        <w:t>Обязательный досудебный порядок соблюдён.</w:t>
      </w:r>
      <w:r>
        <w:rPr>
          <w:rFonts w:ascii="Times New Roman" w:hAnsi="Times New Roman"/>
          <w:b w:val="0"/>
          <w:i w:val="0"/>
          <w:sz w:val="24"/>
        </w:rPr>
        <w:t xml:space="preserve"> Пунктом 2 статьи 138 НК РФ установлено: «Акты налоговых органов ненормативного характера, действия или бездействие их должностных лиц (за исключением актов ненормативного характера, принятых по итогам рассмотрения жалоб, апелляционных жалоб, актов ненормативного характера федерального органа исполнительной власти, уполномоченного по контролю и надзору в области налогов и сборов, действий или бездействия его должностных лиц) могут быть обжалованы в судебном порядке только после их обжалования в вышестоящий налоговый орган в порядке, предусмотренном настоящим Кодексом.» «[дата]» заявитель подал жалобу в Управление ФНС России по [субъекту]. Решением от «[дата]» № [__] жалоба [оставлена без удовлетворения / удовлетворена частично] [решение по жалобе в установленный срок не принято — в этом случае согласно абзацу второму пункта 2 статьи 138 НК РФ «В случае, если решение по жалобе (апелляционной жалобе) не принято вышестоящим налоговым органом в сроки, установленные пунктом 6 статьи 140 настоящего Кодекса, акты налоговых органов ненормативного характера, действия или бездействие их должностных лиц могут быть обжалованы в судебном порядке.»].</w:t>
      </w:r>
    </w:p>
    <w:p>
      <w:pPr>
        <w:spacing w:after="120" w:line="276" w:lineRule="auto"/>
        <w:ind w:firstLine="709"/>
        <w:jc w:val="both"/>
      </w:pPr>
      <w:r>
        <w:rPr>
          <w:rFonts w:ascii="Times New Roman" w:hAnsi="Times New Roman"/>
          <w:b/>
          <w:i w:val="0"/>
          <w:sz w:val="24"/>
        </w:rPr>
        <w:t>Срок обращения.</w:t>
      </w:r>
      <w:r>
        <w:rPr>
          <w:rFonts w:ascii="Times New Roman" w:hAnsi="Times New Roman"/>
          <w:b w:val="0"/>
          <w:i w:val="0"/>
          <w:sz w:val="24"/>
        </w:rPr>
        <w:t xml:space="preserve"> Пунктом 3 статьи 138 НК РФ предусмотрено: «В случае обжалования в судебном порядке актов налоговых органов ненормативного характера, действий или бездействия их должностных лиц (за исключением актов ненормативного характера, принятых по итогам рассмотрения жалоб, апелляционных жалоб, актов ненормативного характера федерального органа исполнительной власти, уполномоченного по контролю и надзору в области налогов и сборов, действий или бездействия его должностных лиц) срок для обращения в суд исчисляется со дня, когда лицу стало известно о принятом вышестоящим налоговым органом решении по соответствующей жалобе, или со дня истечения срока принятия решения по жалобе (апелляционной жалобе), установленного пунктом 6 статьи 140 настоящего Кодекса.» Решение вышестоящего налогового органа получено заявителем «[дата]»; трёхмесячный срок, установленный частью 4 статьи 198 АПК РФ, не истёк.</w:t>
      </w:r>
    </w:p>
    <w:p>
      <w:pPr>
        <w:spacing w:after="120" w:line="276" w:lineRule="auto"/>
        <w:ind w:firstLine="709"/>
        <w:jc w:val="both"/>
      </w:pPr>
      <w:r>
        <w:rPr>
          <w:rFonts w:ascii="Times New Roman" w:hAnsi="Times New Roman"/>
          <w:b/>
          <w:i w:val="0"/>
          <w:sz w:val="24"/>
        </w:rPr>
        <w:t>Последствия признания акта недействительным.</w:t>
      </w:r>
      <w:r>
        <w:rPr>
          <w:rFonts w:ascii="Times New Roman" w:hAnsi="Times New Roman"/>
          <w:b w:val="0"/>
          <w:i w:val="0"/>
          <w:sz w:val="24"/>
        </w:rPr>
        <w:t xml:space="preserve"> Частью 2 статьи 201 АПК РФ установлено: «Арбитражный суд, установив, что оспариваемый ненормативный правовой акт, решение и действия (бездействие) органов, осуществляющих публичные полномочия, должностных лиц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 принимает решение о признании ненормативного правового акта недействительным, решений и действий (бездействия) незаконными.»</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в силу части 5 статьи 200 АПК РФ должен доказать орган, принявший оспариваемый акт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11.3, 78, 79 НК РФ, статьями 198, 200, 201 АПК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заявления [наименование заявителя] о признании незаконным отказа в возврате положительного сальдо единого налогового счёта и обязании вернуть денежные средства с процентами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заинтересованного лица в пользу заявителя расходы по уплате государственной пошлины за подачу заявления,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