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— [уполномоченный орган по распоряжению земельными участками]: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органа]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признании незаконным отказа в предоставлении земельного участка без проведения торгов и обязании направить проект договора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заявления [наименование заявителя] о признании незаконным отказа в предоставлении земельного участка без проведения торгов и обязании подготовить проект договора отказано. Постановлением [наименование] арбитражного апелляционного суда от «[дата]» решение оставлено без изменения.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удовлетворении заявления, суды неправильно применили статьи 39.3, 39.6, 39.16 и 39.20 ЗК РФ: заявитель — собственник расположенных на участке зданий [арендатор], а оснований для отказа из исчерпывающего перечня нет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обращение.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198 Арбитражного процессуального кодекса Российской Федерации (далее — АПК РФ) установлено: «Граждане, организации и иные лица вправе обратиться в арбитражный суд с заявлением о признании недействительными ненормативных правовых актов, незаконными решений и действий (бездействия) органов, осуществляющих публичные полномочия, должностных лиц, если полагают, что оспариваемый ненормативный правовой акт, решение и действие (бездействие)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деятельности, незаконно возлагают на них какие-либо обязанности, создают иные препятствия для осуществления предпринимательской и иной экономической деятельности.»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предоставления без торгов.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39.14 Земельного кодекса Российской Федерации (далее — ЗК РФ) установлено: «Предоставление земельного участка, находящегося в государственной или муниципальной собственности, осуществляется без проведения торгов в следующем порядке:» «подача в уполномоченный орган гражданином или юридическим лицом заявления о предоставлении земельного участка»; «заключение договора купли-продажи, договора аренды земельного участка, договора безвозмездного пользования земельным участком, принятие уполномоченным органом решения о предоставлении земельного участка в собственность бесплатно, в постоянное (бессрочное) пользование.»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Обязанности уполномоченного органа.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39.17 ЗК РФ предусмотрено: «В срок не более чем двадцать дней со дня поступления заявления о предоставлении земельного участка уполномоченный орган рассматривает поступившее заявление, проверяет наличие или отсутствие оснований, предусмотренных статьей 39.16 настоящего Кодекса, и по результатам указанных рассмотрения и проверки совершает одно из следующих действий:» «осуществляет подготовку проектов договора купли-продажи, договора аренды земельного участка или договора безвозмездного пользования земельным участком в трех экземплярах и их подписание, а также направляет проекты указанных договоров для подписания заявителю, если не требуется образование испрашиваемого земельного участка или уточнение его границ»; «принимает решение об отказе в предоставлении земельного участка при наличии хотя бы одного из оснований, предусмотренных статьей 39.16 настоящего Кодекса, и направляет принятое решение заявителю. В указанном решении должны быть указаны все основания отказа.»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Исчерпывающие основания отказа.</w:t>
      </w:r>
      <w:r>
        <w:rPr>
          <w:rFonts w:ascii="Times New Roman" w:hAnsi="Times New Roman"/>
          <w:b w:val="0"/>
          <w:i w:val="0"/>
          <w:sz w:val="24"/>
        </w:rPr>
        <w:t xml:space="preserve"> Перечень оснований отказа, приведённый в статье 39.16 ЗК РФ, является закрытым: уполномоченный орган вправе отказать лишь при наличии хотя бы одного из них, указав в решении все основания (подпункт 3 пункта 5 статьи 39.17 ЗК РФ). Основание, указанное в отказе, [фактически отсутствует / не предусмотрено статьёй 39.16 ЗК РФ]: [обоснование].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признания акта незаконным.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201 АПК РФ установлено: «Арбитражный суд, установив, что оспариваемый ненормативный правовой акт, решение и действия (бездействие) органов, осуществляющих публичные полномочия,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деятельности, принимает решение о признании ненормативного правового акта недействительным, решений и действий (бездействия) незаконными.»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в силу части 5 статьи 200 АПК РФ должен доказать орган, принявший оспариваемый акт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39.3, 39.6, 39.16, 39.17, 39.20 Земельного кодекса РФ, статьями 198, 200, 201 АПК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заявления [наименование заявителя] о признании незаконным отказа в предоставлении земельного участка без проведения торгов и обязании подготовить проект договора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заинтересованного лица в пользу заявителя расходы по уплате государственной пошлины за подачу заявления,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