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[если привлечено к участию в деле]: </w:t>
      </w:r>
      <w:r>
        <w:rPr>
          <w:rFonts w:ascii="Times New Roman" w:hAnsi="Times New Roman"/>
          <w:b w:val="0"/>
          <w:i w:val="0"/>
          <w:sz w:val="24"/>
        </w:rPr>
        <w:t>[наименование заинтересованного лица]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об установлении факта правопреемства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заявления [наименование заявителя] об установлении факта правопреемства юридического лица при реорганизации отказано. Постановлением [наименование] арбитражного апелляционного суда от «[дата]» решение оставлено без изменения.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удовлетворении заявления, суды неправильно применили статьи 217 и 218 АПК РФ и статьи 58, 59 ГК РФ: правопреемство следует из реорганизации, а передаточный акт утрачен и не может быть восстановлен (части 1 и 2 статьи 288 АПК РФ). [Если заявление оставлено без рассмотрения из-за спора о праве (часть 3 статьи 221 АПК РФ) — обоснуйте, что спора о праве нет.]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Компетенция арбитражного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218 Арбитражного процессуального кодекса Российской Федерации (далее — АПК РФ) установлено: «Арбитражный суд устанавливает факты, имеющие юридическое значение для возникновения, изменения или прекращения прав юридических лиц и индивидуальных предпринимателей в сфере предпринимательской и иной экономической деятельности.» Частью 2 той же статьи предусмотрено, что арбитражный суд рассматривает дела об установлении: «других фактов, порождающих юридические последствия в сфере предпринимательской и иной экономической деятельности.»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Переход прав при реорганизации.</w:t>
      </w:r>
      <w:r>
        <w:rPr>
          <w:rFonts w:ascii="Times New Roman" w:hAnsi="Times New Roman"/>
          <w:b w:val="0"/>
          <w:i w:val="0"/>
          <w:sz w:val="24"/>
        </w:rPr>
        <w:t xml:space="preserve"> Статьёй 58 ГК РФ установлено: «При слиянии юридических лиц права и обязанности каждого из них переходят к вновь возникшему юридическому лицу.» «При присоединении юридического лица к другому юридическому лицу к последнему переходят права и обязанности присоединенного юридического лица.» «При преобразовании юридического лица одной организационно-правовой формы в юридическое лицо другой организационно-правовой формы права и обязанности реорганизованного юридического лица в отношении других лиц не изменяются, за исключением прав и обязанностей в отношении учредителей (участников), изменение которых вызвано реорганизацией.» [Укажите пункт, соответствующий форме вашей реорганизации; для разделения и выделения: «При разделении юридического лица его права и обязанности переходят к вновь возникшим юридическим лицам в соответствии с передаточным актом.»]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Передаточный акт.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59 ГК РФ предусмотрено: «Передаточный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должников, включая обязательства, оспариваемые сторонами, а также порядок определения правопреемства в связи с изменением вида, состава, стоимости имущества, возникновением, изменением, прекращением прав и обязанностей реорганизуемого юридического лица, которые могут произойти после даты, на которую составлен передаточный акт.»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Момент реорганизации.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57 ГК РФ установлено: «Юридическое лицо считается реорганизованным, за исключением случаев реорганизации в форме присоединения, с момента государственной регистрации юридических лиц, создаваемых в результате реорганизации.»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Цель установления факта.</w:t>
      </w:r>
      <w:r>
        <w:rPr>
          <w:rFonts w:ascii="Times New Roman" w:hAnsi="Times New Roman"/>
          <w:b w:val="0"/>
          <w:i w:val="0"/>
          <w:sz w:val="24"/>
        </w:rPr>
        <w:t xml:space="preserve"> Установление факта правопреемства необходимо для [государственной регистрации перехода к заявителю права на [__] / переоформления лицензии / процессуального правопреемства в исполнительном производстве], иным способом подтвердить правопреемство невозможно.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[отказались принять или не оценили доказательства заявителя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217, 218, 219, 221 АПК РФ, статьями 58, 59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заявления [наименование заявителя] об установлении факта правопреемства юридического лица при реорганизации [либо направить дело на новое рассмотрение в Арбитражный суд [наименование]].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