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об установлении факта признания отцовства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заявления [Ф. И. О. заявителя] об установлении факта признания отцовства отказано [вариант: заявление оставлено без рассмотрения]. Апелляционным определением [наименование суда апелляционной инстанции] от «[дата]» решение оставлено без изменения. Заявитель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установлении факта, суды не применили статью 50 СК РФ: умерший при жизни признавал себя отцом ребёнка, что подтверждено перепиской, фотографиями и показаниями свидетелей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Факт признания отцовства.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4 части 2 статьи 264 ГПК РФ суд рассматривает дела об установлении «факта признания отцовства» Статьёй 50 Семейного кодекса РФ: «В случае смерти лица, которое признавало себя отцом ребенка, но не состояло в браке с матерью ребенка, факт признания им отцовства может быть установлен в судебном порядке по правилам, установленным гражданским процессуальным законодательством.»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Установление отцовства при жизни.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48 СК РФ: «Отцовство лица, не состоящего в браке с матерью ребенка, устанавливается путем подачи в орган записи актов гражданского состояния совместного заявления отцом и матерью ребенка; в случае смерти матери, признания ее недееспособной, невозможности установления места нахождения матери или в случае лишения ее родительских прав - по заявлению отца ребенка с согласия органа опеки и попечительства, при отсутствии такого согласия - по решению суда.» Поскольку [Ф. И. О.] умер, подача совместного заявления невозможна.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признания.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55 ГПК РФ установлено: «Доказательствами по делу являются полученные в предусмотренном законом порядке сведения о фактах, на основе которых суд устанавливает наличие или отсутствие обстоятельств, обосновывающих требования и возражения сторон, а также иных обстоятельств, имеющих значение для правильного рассмотрения и разрешения дела.» «Эти сведения могут быть получены из объяснений сторон и третьих лиц, показаний свидетелей, письменных и вещественных доказательств, аудио- и видеозаписей, заключений экспертов.» [Ф. И. О.] при жизни признавал себя отцом ребёнка: [называл сыном/дочерью в переписке и при свидетелях; указал ребёнка в анкете / заявлении на налоговый вычет; перечислял деньги на содержание; участвовал в воспитании], что подтверждается [перечень доказательств].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Установление фактов судом.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264 ГПК РФ установлено: «Суд устанавливает факты, от которых зависит возникновение, изменение, прекращение личных или имущественных прав граждан, организаций.»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Условия.</w:t>
      </w:r>
      <w:r>
        <w:rPr>
          <w:rFonts w:ascii="Times New Roman" w:hAnsi="Times New Roman"/>
          <w:b w:val="0"/>
          <w:i w:val="0"/>
          <w:sz w:val="24"/>
        </w:rPr>
        <w:t xml:space="preserve"> Статьёй 265 ГПК РФ: «Суд устанавливает факты, имеющие юридическое значение, только при невозможности получения заявителем в ином порядке надлежащих документов, удостоверяющих эти факты, или при невозможности восстановления утраченных документов.» Заявитель не может получить надлежащие документы иным путём: [ответ органа / архива от «[дата]» № __ об отсутствии сведений или об отказе].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Цель установления факта.</w:t>
      </w:r>
      <w:r>
        <w:rPr>
          <w:rFonts w:ascii="Times New Roman" w:hAnsi="Times New Roman"/>
          <w:b w:val="0"/>
          <w:i w:val="0"/>
          <w:sz w:val="24"/>
        </w:rPr>
        <w:t xml:space="preserve"> Статьёй 267 ГПК РФ: «В заявлении об установлении факта, имеющего юридическое значение, должно быть указано, для какой цели заявителю необходимо установить данный факт, а также должны быть приведены доказательства, подтверждающие невозможность получения заявителем надлежащих документов или невозможность восстановления утраченных документов.» Установление факта необходимо заявителю для [цель], поскольку от него зависит возникновение [права на 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263 ГПК РФ: «Дела особого производства рассматриваются и разрешаются судом по общим правилам искового производства с особенностями, установленными настоящей главой и главами 28 - 38 настоящего Кодекса.» Частью 3: «В случае, если при подаче заявления или рассмотрении дела в порядке особого производства устанавливается наличие спора о праве, суд выносит определение об оставлении заявления без рассмотрения, в котором разъясняет заявителю и другим заинтересованным лицам их право разрешить спор в порядке искового производства.» Спора о праве нет: [иные лица, которые могли бы претендовать на __, отсутствуют / не возражают].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Значение решения.</w:t>
      </w:r>
      <w:r>
        <w:rPr>
          <w:rFonts w:ascii="Times New Roman" w:hAnsi="Times New Roman"/>
          <w:b w:val="0"/>
          <w:i w:val="0"/>
          <w:sz w:val="24"/>
        </w:rPr>
        <w:t xml:space="preserve"> Статьёй 268 ГПК РФ: «Решение суда по заявлению об установлении факта, имеющего юридическое значение, является документом, подтверждающим факт, имеющий юридическое значение, а в отношении факта, подлежащего регистрации, служит основанием для такой регистрации, но не заменяет собой документы, выдаваемые органами, осуществляющими регистрацию.»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наследники оспаривают отцовство.]</w:t>
      </w:r>
      <w:r>
        <w:rPr>
          <w:rFonts w:ascii="Times New Roman" w:hAnsi="Times New Roman"/>
          <w:b w:val="0"/>
          <w:i w:val="0"/>
          <w:sz w:val="24"/>
        </w:rPr>
        <w:t xml:space="preserve"> Тогда возникает спор о праве, и вместо этого заявления подаётся иск об установлении отцовства (абзац второй ст. 50 СК РФ), с возможностью назначения посмертной молекулярно-генетической экспертизы.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Доказательства.</w:t>
      </w:r>
      <w:r>
        <w:rPr>
          <w:rFonts w:ascii="Times New Roman" w:hAnsi="Times New Roman"/>
          <w:b w:val="0"/>
          <w:i w:val="0"/>
          <w:sz w:val="24"/>
        </w:rPr>
        <w:t xml:space="preserve">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Заявитель просит допросить свидетелей [Ф. И. О.] и приобщить фото, переписку, документы.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50 СК РФ, статьями 264, 267, 268 ГПК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заявления [Ф. И. О. заявителя] об установлении факта признания отцовства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расходы по уплате государственной пошлины за подачу апелляционной и кассационной жалоб [с заинтересованного лица — если оно возражало против заявления].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