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конкурсный управляющий: </w:t>
      </w:r>
      <w:r>
        <w:rPr>
          <w:rFonts w:ascii="Times New Roman" w:hAnsi="Times New Roman"/>
          <w:b w:val="0"/>
          <w:i w:val="0"/>
          <w:sz w:val="24"/>
        </w:rPr>
        <w:t>[Ф. И. О. конкурсного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ОГРН [__________], ИНН [__________]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утверждении порядка, сроков и условий продажи имущества должника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[полное наименование] (далее — Должник) признано несостоятельным (банкротом), открыто конкурсное производство, конкурсным управляющим утверждён [Ф. И. О.] (далее — Конкурсный управляющий). [Определением от «[дата]» в отношении Должника была введена процедура наблюдения.] Заявление о признании Должника банкротом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Инвентаризация имущества Должника завершена «[дата]» (сведения включены в ЕФРСБ «[дата]», № [__]). [Оценка по требованию кредитора [наименование] проведена, отчёт № [__] от «[дата]» размещён в ЕФРСБ «[дата]».] В конкурсную массу включено имущество: [перечень лотов с характеристиками и начальной ценой]. «[дата]» конкурсный управляющий представил собранию кредиторов предложение о порядке, сроках и условиях продажи имущества (далее — Предложение), включающее сведения о составе имущества, сроках продажи, форме торгов, форме представления предложений о цене, начальной цене, средствах массовой информации и сайтах для публикаций и сроках публикаций.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Собрание кредиторов, назначенное на «[дата]», [не состоялось ввиду отсутствия кворума / не приняло решения по вопросу об утверждении Предложения: «за» — [__] %, «против» — [__] % / отложило рассмотрение]. Повторное собрание «[дата]» [также не состоялось / решения не приняло]. Иное предложение о порядке продажи кредиторами не утверждено. Двухмесячный срок с даты представления Предложения истёк «[дата]». Непринятие решения затягивает конкурсное производство, увеличивает текущие расходы на содержание и охрану имущества ([сумма] руб. в месяц) и нарушает права кредиторов на своевременное удовлетворение требований.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1.1 статьи 139 Федерального закона от 26.10.2002 № 127-ФЗ «О несостоятельности (банкротстве)» (далее — Закон о банкротстве) установлено: «В течение одного месяца с даты окончания инвентаризации предприятия должника или оценки имущества должника (далее в настоящей статье - имущество должника) в случае, если такая оценка проводилась по требованию конкурсного кредитора или уполномоченного органа в соответствии с настоящим Федеральным законом, конкурсный управляющий представляет собранию кредиторов или в комитет кредиторов для утверждения свои предложения о порядке продажи имущества должника, включающие в себя сведения: подлежащие включению в сообщение о продаже имущества должника в соответствии с пунктом 10 статьи 110 настоящего Федерального закона; о средствах массовой информации и сайтах в сети "Интернет", где предлагается соответственно опубликовать и разместить сообщение о продаже имущества должника, о сроках опубликования и размещения указанного сообщения; о специализированной организации, которую предлагается привлечь в качестве организатора торгов.» Абзацем седьмым того же пункта предусмотрено: «Порядок, сроки и условия продажи имущества должника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покупателей.» Абзацем восьмым пункта 1.1 статьи 139 Закона о банкротстве установлено: «В случае, если в течение двух месяцев с даты представления конкурсным управляющим собранию кредиторов или в комитет кредиторов предложения о продаже имущества должника собранием кредиторов или комитетом кредиторов не утверждено также предложение, включающее в себя сведения о составе имущества должника, о сроках его продажи, о форме торгов, об условиях конкурса (в случае, если продажа имущества должника в соответствии с законодательством Российской Федерации осуществляется путем проведения конкурса), о форме представления предложений о цене имущества должника, о начальной цене его продажи, о средствах массовой информации и сайтах в сети "Интернет", где предлагается соответственно опубликовать и разместить сообщение о продаже имущества должника, о сроках опубликования и размещения указанного сообщения, конкурсный управляющий, конкурсный кредитор и (или) уполномоченный орган, если размер включенной в реестр требований кредиторов кредиторской задолженности перед ним составляет более двадцати процентов общего размера кредиторской задолженности, включенной в реестр требований кредиторов, вправе обратиться в арбитражный суд с ходатайством об утверждении порядка, сроков и условий продажи имущества должника. Определение арбитражного суда об утверждении порядка, сроков и условий продажи имущества должника может быть обжаловано.»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4 статьи 110 Закона о банкротстве предусмотрено: «Продажа предприятия осуществляется в порядке, установленном настоящим Федеральным законом, путем проведения торгов в форме аукциона, за исключением имущества, продажа которого в соответствии с законодательством Российской Федерации осуществляется путем проведения конкурса.» Пунктом 4 статьи 139 Закона о банкротстве установлено: «В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предложения.» Пунктом 3 статьи 139 Закона о банкротстве предусмотрено: «После проведения инвентаризации и оценки имущества должника конкурсный управляющий приступает к его продаже. Продажа имущества должника осуществляется в порядке, установленном пунктами 3 - 19 статьи 110 и пунктом 3 статьи 111 настоящего Федерального закона, с учетом особенностей, установленных настоящей статьей. Оценка имущества должника осуществляется в порядке, установленном статьей 130 настоящего Федерального закона. Денежные средства, вырученные от продажи имущества должника, включаются в состав имущества должника.»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Представленное Предложение соответствует статьям 110, 111, 139 Закона о банкротстве и направлено на реализацию имущества по наиболее высокой цене: торги — открытый аукцион в электронной форме на площадке [наименование]; начальная цена равна [рыночной стоимости по отчёту об оценке / стоимости по данным инвентаризации]; задаток [__] %, шаг [__] %; повторные торги со снижением на десять процентов; публичное предложение со снижением на [__] % каждые [__] дней до цены отсечения [__] %; организатор торгов — конкурсный управляющий без дополнительных расходов; публикации в ЕФРСБ и газете «Коммерсантъ». [Возражения кредитора [наименование] о [__] несостоятельны, поскольку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60 Закона о банкротстве установлено: «Заявления и ходатайства, в том числе о разногласиях, возникших между арбитражным управляющим, кредиторами и (или) должником, жалобы кредиторов на нарушение их прав и законных интересов, жалобы на действия (бездействие) арбитражных управляющих, на решения собрания или комитета кредиторов, иные обособленные споры по заявлениям лиц, участвующих в деле о банкротстве и в арбитражном процессе по делу о банкротстве, рассматриваются в заседании арбитражного суда не позднее чем через один месяц с даты получения указанных заявлений, ходатайств и жалоб, если иное не установлено настоящим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60, 110, 111, 139 Федерального закона «О несостоятельности (банкротстве)», статьями 159, 223 Арбитражного процессуального кодекса Российской Федерации, конкурсный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Утвердить Положение о порядке, сроках и условиях продажи имущества [наименование Должника] в редакции конкурсного управляющего от «[дата]» (приложение № 1), установив начальную цену продажи: лот № 1 — [сумма] руб., лот № 2 — [сумма] руб.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Положение (предложение) о порядке, сроках и условиях продажи имущества Должника в редакции конкурсного управляющего.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Инвентаризационные описи; сообщения ЕФРСБ об инвентаризации [и об оценке]; отчёт об оценке [при наличии].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представления Предложения собранию кредиторов; сообщения о собраниях, протоколы (журналы регистрации) собраний от «[дата]» и «[дата]».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Реестр требований кредиторов; доказательства направления копии ходатайства лицам, участвующим в деле.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Конкурсный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Право на обращение в суд возникает по истечении двух месяцев с даты представления предложения собранию (абз. 8 п. 1.1 ст. 139); таким же правом обладает кредитор с более чем двадцатью процентами реестра.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проверяет соответствие порядка цели — наиболее высокая цена и максимум покупателей (абз. 7 п. 1.1 ст. 139); приложите сравнение с типовыми условиями и обоснование цены отсечения.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предмета залога применяется ст. 138: порядок определяет залоговый кредитор, а разногласия с ним разрешаются судом по п. 4 ст. 138 — это отдельное заявление.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