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совершеннолетний ребёнок (его опекун / родитель)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родитель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алиментов на содержание совершеннолетнего нетрудоспособного ребёнка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алиментов на содержание [Ф. И. О.], «[дата рождения]» г. р., в твёрдой денежной сумме [сумма] рублей ежемесячно.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на совершеннолетнего ребёнка положены только при нетрудоспособности и нуждаемости одновременно.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85 Семейного кодекса Российской Федерации (далее — СК РФ) установлено: «Родители обязаны содержать своих нетрудоспособных совершеннолетних детей, нуждающихся в помощи.» Истец обязан доказать оба условия. Совершеннолетие ребёнка само по себе прекращает алиментную обязанность по общему правилу (абзац второй пункта 2 статьи 120 СК РФ: «по достижении ребенком совершеннолетия или в случае приобретения несовершеннолетними детьми полной дееспособности до достижения ими совершеннолетия»).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нетрудоспособным.</w:t>
      </w:r>
      <w:r>
        <w:rPr>
          <w:rFonts w:ascii="Times New Roman" w:hAnsi="Times New Roman"/>
          <w:b w:val="0"/>
          <w:i w:val="0"/>
          <w:sz w:val="24"/>
        </w:rPr>
        <w:t xml:space="preserve"> Нетрудоспособными признаются инвалиды I, II или III группы. [Истцу установлена инвалидность III группы бессрочно / группа инвалидности не установлена / срок инвалидности истёк «[дата]»; по индивидуальной программе реабилитации истец может трудиться в обычных или специально созданных условиях]. Истец [обучается по очной форме — само по себе это не делает его нетрудоспособным / работал в период с «[дата]» по «[дата]»].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является нуждающимся.</w:t>
      </w:r>
      <w:r>
        <w:rPr>
          <w:rFonts w:ascii="Times New Roman" w:hAnsi="Times New Roman"/>
          <w:b w:val="0"/>
          <w:i w:val="0"/>
          <w:sz w:val="24"/>
        </w:rPr>
        <w:t xml:space="preserve"> Истец получает [пенсию по инвалидности [сумма] рублей, ЕДВ [сумма] рублей, социальные доплаты], что выше величины прожиточного минимума в [регион]; [проживает с матерью, которая имеет доход и обязана содержать его наравне с ответчиком; имеет в собственности [имущество]]. Заявленные расходы [на реабилитацию, лекарства, сопровождение] предоставляются бесплатно по ИПРА / не подтверждены назначениями врача и чеками.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должен учитывать положение обоих родителей.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85 СК РФ установлено: «При отсутствии соглашения об уплате алиментов размер алиментов на нетрудоспособных совершеннолетних детей определяется судом в твердой денежной сумме, подлежащей уплате ежемесячно, исходя из материального и семейного положения и других заслуживающих внимания интересов сторон.» Ответчик имеет доход [сумма] рублей; на его иждивении [несовершеннолетние дети, нетрудоспособный супруг]; он уже уплачивает [алименты на других детей]. Второй родитель [мать истца] трудоспособна, имеет доход [сумма] рублей и обязана участвовать в содержании истца в равной мере (пункт 1 статьи 61 СК РФ: «Родители имеют равные права и несут равные обязанности в отношении своих детей (родительские права).»).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добровольно помогает истцу.</w:t>
      </w:r>
      <w:r>
        <w:rPr>
          <w:rFonts w:ascii="Times New Roman" w:hAnsi="Times New Roman"/>
          <w:b w:val="0"/>
          <w:i w:val="0"/>
          <w:sz w:val="24"/>
        </w:rPr>
        <w:t xml:space="preserve"> Ответчик ежемесячно [перечисляет [сумма] рублей / оплачивает лекарства, реабилитацию, коммунальные платежи] — выписки прилагаются. Эти расходы должны учитываться при определении размера.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Алименты — с момента обращения в суд.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107 СК РФ установлено: «Алименты присуждаются с момента обращения в суд.» «Алименты за прошедший период могут быть взысканы в пределах трехлетнего срока с момента обращения в суд, если судом установлено, что до обращения в суд принимались меры к получению средств на содержание, но алименты не были получены вследствие уклонения лица, обязанного уплачивать алименты, от их уплаты.» До подачи иска истец за содержанием к ответчику не обращался.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Медицинские документы и расчёт расходов,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61, 85, 107, 120 СК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алиментов на содержание совершеннолетнего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Определить размер алиментов в твёрдой денежной сумме [сумма] рублей с учётом доходов второго родителя, пенсии истца и иждивенцев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Справка МСЭ и ИПРА истца (либо ходатайство об их истребовании).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Сведения о размере пенсии и социальных выплат истца (ответ СФР) — либо ходатайство об истребовании.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Справка о доходах ответчика, документы об иждивенцах и других алиментах.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добровольной помощи истцу.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Инвалидность III группы и учёба не исключают трудоспособность автоматически, но суды часто признают инвалидов любой группы нетрудоспособными; основной упор делайте на отсутствие нуждаемости и долю второго родителя.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Пенсия и социальные выплаты истца выше прожиточного минимума — веский довод об отсутствии нуждаемости.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Истец по искам о взыскании алиментов освобождён от госпошлины (подп. 2 п. 1 ст. 333.36 НК РФ); при отказе в иске ваши расходы на представителя всё равно можно взыскать (ст. 98, 100 ГПК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