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лизингодатель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лизингополучатель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истребовании (изъятии) предмета лизинга и взыскании судебной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возвратить предмет лизинга [наименование, VIN/заводской номер] в связи с расторжением договора лизинга от «[дата]» № [__] и о взыскании судебной неустойки.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Договор не расторгнут: уведомление об отказе не получено [или основания для отказа отсутствовали].</w:t>
      </w:r>
      <w:r>
        <w:rPr>
          <w:rFonts w:ascii="Times New Roman" w:hAnsi="Times New Roman"/>
          <w:b w:val="0"/>
          <w:i w:val="0"/>
          <w:sz w:val="24"/>
        </w:rPr>
        <w:t xml:space="preserve"> Пунктом 1 статьи 450.1 ГК РФ установлено: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Уведомление направлено по [ненадлежащему адресу]; кроме того, на дату его направления просрочки, дающей право на отказ по пункту [__] договора [более двух платежей подряд], не было — платежи от «[дата]» и «[дата]» внесены (платёжные поручения).</w:t>
      </w:r>
    </w:p>
    <w:p>
      <w:pPr>
        <w:spacing w:after="120" w:line="276" w:lineRule="auto"/>
        <w:ind w:firstLine="709"/>
        <w:jc w:val="both"/>
      </w:pPr>
      <w:r>
        <w:rPr>
          <w:rFonts w:ascii="Times New Roman" w:hAnsi="Times New Roman"/>
          <w:b/>
          <w:i w:val="0"/>
          <w:sz w:val="24"/>
        </w:rPr>
        <w:t>Лизингодатель подтвердил действие договора после «расторжения».</w:t>
      </w:r>
      <w:r>
        <w:rPr>
          <w:rFonts w:ascii="Times New Roman" w:hAnsi="Times New Roman"/>
          <w:b w:val="0"/>
          <w:i w:val="0"/>
          <w:sz w:val="24"/>
        </w:rPr>
        <w:t xml:space="preserve"> Лизингодатель [продолжал выставлять счета на лизинговые платежи, принимал платежи после направления уведомления]. Пунктом 5 статьи 450.1 ГК РФ установлено: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pPr>
        <w:spacing w:after="120" w:line="276" w:lineRule="auto"/>
        <w:ind w:firstLine="709"/>
        <w:jc w:val="both"/>
      </w:pPr>
      <w:r>
        <w:rPr>
          <w:rFonts w:ascii="Times New Roman" w:hAnsi="Times New Roman"/>
          <w:b/>
          <w:i w:val="0"/>
          <w:sz w:val="24"/>
        </w:rPr>
        <w:t>Лизингополучатель уплатил большую часть лизинговых платежей, и изъятие несоразмерно.</w:t>
      </w:r>
      <w:r>
        <w:rPr>
          <w:rFonts w:ascii="Times New Roman" w:hAnsi="Times New Roman"/>
          <w:b w:val="0"/>
          <w:i w:val="0"/>
          <w:sz w:val="24"/>
        </w:rPr>
        <w:t xml:space="preserve"> Выплачено [__] % общей суммы платежей, остаток — [сумма] рублей; лизингополучатель готов погасить его [в течение [__] дней / по графику, предложенному письмом от «[дата]»]. Изъятие при такой степени исполнения ведёт к утрате лизингополучателем значительных вложений и не соответствует принципу добросовестности (пункт 3 статьи 1 ГК РФ; пункт 4 статьи 450.1 ГК РФ: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Требование о судебной неустойке завышено.</w:t>
      </w:r>
      <w:r>
        <w:rPr>
          <w:rFonts w:ascii="Times New Roman" w:hAnsi="Times New Roman"/>
          <w:b w:val="0"/>
          <w:i w:val="0"/>
          <w:sz w:val="24"/>
        </w:rPr>
        <w:t xml:space="preserve">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Размер [сумма] рублей в день не соответствует принципам справедливости и соразмерности; предмет лизинга используется в производственной деятельности, и для его возврата требуется [демонтаж, транспортировка] не менее [__] дней.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450.1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истребовании предмета лизинга и взыскании судебной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установить срок возврата предмета лизинга не менее [__] дней и судебную неустойку не более [сумма] рублей в день.</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Платёжные поручения о лизинговых платежах (в том числе после направления уведомления).</w:t>
      </w:r>
    </w:p>
    <w:p>
      <w:pPr>
        <w:spacing w:after="40" w:line="276" w:lineRule="auto"/>
        <w:jc w:val="left"/>
      </w:pPr>
      <w:r>
        <w:rPr>
          <w:rFonts w:ascii="Times New Roman" w:hAnsi="Times New Roman"/>
          <w:b w:val="0"/>
          <w:i w:val="0"/>
          <w:sz w:val="24"/>
        </w:rPr>
        <w:t>3. Счета лизингодателя, выставленные после «расторжения».</w:t>
      </w:r>
    </w:p>
    <w:p>
      <w:pPr>
        <w:spacing w:after="40" w:line="276" w:lineRule="auto"/>
        <w:jc w:val="left"/>
      </w:pPr>
      <w:r>
        <w:rPr>
          <w:rFonts w:ascii="Times New Roman" w:hAnsi="Times New Roman"/>
          <w:b w:val="0"/>
          <w:i w:val="0"/>
          <w:sz w:val="24"/>
        </w:rPr>
        <w:t>4. Предложение о графике погашения остатка, расчёт степени исполнения договора.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Самый эффективный способ сохранить предмет лизинга — погасить просрочку до заседания и доказать, что лизингодатель после уведомления продолжал принимать платежи.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