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работник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оплаты сверхурочной работы, компенсации за задержку 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оплаты сверхурочной работы за период с «[дата]» по «[дата]» в размере [сумма] рублей, компенсации по статье 236 ТК РФ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Сверхурочной считается только работа по инициативе работодателя.</w:t>
      </w:r>
      <w:r>
        <w:rPr>
          <w:rFonts w:ascii="Times New Roman" w:hAnsi="Times New Roman"/>
          <w:b w:val="0"/>
          <w:i w:val="0"/>
          <w:sz w:val="24"/>
        </w:rPr>
        <w:t xml:space="preserve"> Частью первой статьи 99 ТК РФ: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 Работодатель истца к сверхурочной работе не привлекал: приказов (распоряжений) о привлечении нет, письменного согласия истца не оформлялось, руководитель задания за пределами рабочего времени не давал. Пребывание истца на рабочем месте после окончания смены по собственной инициативе (личные дела, ожидание транспорта, неэффективная организация собственной работы) сверхурочной работой не является.</w:t>
      </w:r>
    </w:p>
    <w:p>
      <w:pPr>
        <w:spacing w:after="120" w:line="276" w:lineRule="auto"/>
        <w:ind w:firstLine="709"/>
        <w:jc w:val="both"/>
      </w:pPr>
      <w:r>
        <w:rPr>
          <w:rFonts w:ascii="Times New Roman" w:hAnsi="Times New Roman"/>
          <w:b/>
          <w:i w:val="0"/>
          <w:sz w:val="24"/>
        </w:rPr>
        <w:t>Учёт рабочего времени не подтверждает переработку.</w:t>
      </w:r>
      <w:r>
        <w:rPr>
          <w:rFonts w:ascii="Times New Roman" w:hAnsi="Times New Roman"/>
          <w:b w:val="0"/>
          <w:i w:val="0"/>
          <w:sz w:val="24"/>
        </w:rPr>
        <w:t xml:space="preserve"> Частью седьмой статьи 99 ТК РФ: «Работодатель обязан обеспечить точный учет продолжительности сверхурочной работы каждого работника.» Табели учёта рабочего времени за спорный период, подписанные [руководителем и с которыми истец знакомился], отражают работу в пределах нормы. Данные СКУД фиксируют лишь факт нахождения на территории, а не выполнение трудовых обязанностей; [истец находился в столовой / комнате отдыха].</w:t>
      </w:r>
    </w:p>
    <w:p>
      <w:pPr>
        <w:spacing w:after="120" w:line="276" w:lineRule="auto"/>
        <w:ind w:firstLine="709"/>
        <w:jc w:val="both"/>
      </w:pPr>
      <w:r>
        <w:rPr>
          <w:rFonts w:ascii="Times New Roman" w:hAnsi="Times New Roman"/>
          <w:b/>
          <w:i w:val="0"/>
          <w:sz w:val="24"/>
        </w:rPr>
        <w:t>[При суммированном учёте:] Переработка определяется по итогам учётного периода.</w:t>
      </w:r>
      <w:r>
        <w:rPr>
          <w:rFonts w:ascii="Times New Roman" w:hAnsi="Times New Roman"/>
          <w:b w:val="0"/>
          <w:i w:val="0"/>
          <w:sz w:val="24"/>
        </w:rPr>
        <w:t xml:space="preserve"> Истцу установлен суммированный учёт рабочего времени с учётным периодом [квартал / год]; сверхурочная работа определяется по окончании учётного периода, а не по отдельным сменам. По итогам периода норма не превышена — расчёт прилагается.</w:t>
      </w:r>
    </w:p>
    <w:p>
      <w:pPr>
        <w:spacing w:after="120" w:line="276" w:lineRule="auto"/>
        <w:ind w:firstLine="709"/>
        <w:jc w:val="both"/>
      </w:pPr>
      <w:r>
        <w:rPr>
          <w:rFonts w:ascii="Times New Roman" w:hAnsi="Times New Roman"/>
          <w:b/>
          <w:i w:val="0"/>
          <w:sz w:val="24"/>
        </w:rPr>
        <w:t>[Если переработка была:] Она оплачена или компенсирована отдыхом.</w:t>
      </w:r>
      <w:r>
        <w:rPr>
          <w:rFonts w:ascii="Times New Roman" w:hAnsi="Times New Roman"/>
          <w:b w:val="0"/>
          <w:i w:val="0"/>
          <w:sz w:val="24"/>
        </w:rPr>
        <w:t xml:space="preserve"> Статьёй 152 ТК РФ: «Сверхурочная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 период выполнения сверхурочной работы, включая компенсационные и стимулирующие выплаты, в пределах 120 часов в год за первые два часа работы не менее чем в полуторном размере, за последующие часы - не менее чем в двойном размере, начиная со 121-го часа - не менее чем в двойном размере за каждый час. При суммированном учете рабочего времени сверхурочная работа оплачивается исходя из величины сверхурочного времени, приходящегося на день (смену), в который (которую) осуществляется сверхурочная работа: за первые два часа работы - не менее чем в полуторном размере, за последующие часы - не менее чем в двойном размере, начиная со 121-го часа - не менее чем в двойном размере за каждый час, если иное не предусмотрено настоящим Кодексом. Конкретные размеры оплаты сверхурочной работы могут определяться коллективным договором и (или) отраслевым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настоящим Кодексом.» [Сверхурочные часы оплачены в [месяц] — расчётный листок / по письменному заявлению истца компенсированы дополнительным временем отдыха — приказ.]</w:t>
      </w:r>
    </w:p>
    <w:p>
      <w:pPr>
        <w:spacing w:after="120" w:line="276" w:lineRule="auto"/>
        <w:ind w:firstLine="709"/>
        <w:jc w:val="both"/>
      </w:pPr>
      <w:r>
        <w:rPr>
          <w:rFonts w:ascii="Times New Roman" w:hAnsi="Times New Roman"/>
          <w:b/>
          <w:i w:val="0"/>
          <w:sz w:val="24"/>
        </w:rPr>
        <w:t>Расчёт истца ошибочен.</w:t>
      </w:r>
      <w:r>
        <w:rPr>
          <w:rFonts w:ascii="Times New Roman" w:hAnsi="Times New Roman"/>
          <w:b w:val="0"/>
          <w:i w:val="0"/>
          <w:sz w:val="24"/>
        </w:rPr>
        <w:t xml:space="preserve"> Истец [применил двойной размер ко всем часам, тогда как первые два часа оплачиваются в полуторном размере / рассчитал от оклада с премией / включил время перерывов на обед].</w:t>
      </w:r>
    </w:p>
    <w:p>
      <w:pPr>
        <w:spacing w:after="120" w:line="276" w:lineRule="auto"/>
        <w:ind w:firstLine="709"/>
        <w:jc w:val="both"/>
      </w:pPr>
      <w:r>
        <w:rPr>
          <w:rFonts w:ascii="Times New Roman" w:hAnsi="Times New Roman"/>
          <w:b/>
          <w:i w:val="0"/>
          <w:sz w:val="24"/>
        </w:rPr>
        <w:t>Истец пропустил срок обращения в суд.</w:t>
      </w:r>
      <w:r>
        <w:rPr>
          <w:rFonts w:ascii="Times New Roman" w:hAnsi="Times New Roman"/>
          <w:b w:val="0"/>
          <w:i w:val="0"/>
          <w:sz w:val="24"/>
        </w:rPr>
        <w:t xml:space="preserve"> Статьёй 392 Трудового кодекса Российской Федерации (далее — ТК РФ) установлено: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Истец узнал о нарушении своего права с даты выплаты заработной платы за каждый месяц спорного периода, а обратился в суд лишь «[дата]», то есть по истечении одного года.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заявляет о пропуске срока, что является самостоятельным основанием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Статьёй 393 ТК РФ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С учётом этой нормы ответчик не заявляет о взыскании с истца своих судебных расходов.</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[сумма] рублей чрезмерны: дело [несложное, рассмотрено в __ заседаниях]; стоимость не соответствует сложившимся в регионе ценам. Ответчик просит снизить их до разумного размера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99, 104, 152, 236, 392 ТК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оплаты сверхурочной работы, компенсации за задержку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Применить последствия пропуска срока обращения в суд к требованиям за период до «[дата]».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Табели учёта рабочего времени за спорный период.</w:t>
      </w:r>
    </w:p>
    <w:p>
      <w:pPr>
        <w:spacing w:after="40" w:line="276" w:lineRule="auto"/>
        <w:jc w:val="left"/>
      </w:pPr>
      <w:r>
        <w:rPr>
          <w:rFonts w:ascii="Times New Roman" w:hAnsi="Times New Roman"/>
          <w:b w:val="0"/>
          <w:i w:val="0"/>
          <w:sz w:val="24"/>
        </w:rPr>
        <w:t>3. Правила внутреннего трудового распорядка, график работы, положение о суммированном учёте [если применяется].</w:t>
      </w:r>
    </w:p>
    <w:p>
      <w:pPr>
        <w:spacing w:after="40" w:line="276" w:lineRule="auto"/>
        <w:jc w:val="left"/>
      </w:pPr>
      <w:r>
        <w:rPr>
          <w:rFonts w:ascii="Times New Roman" w:hAnsi="Times New Roman"/>
          <w:b w:val="0"/>
          <w:i w:val="0"/>
          <w:sz w:val="24"/>
        </w:rPr>
        <w:t>4. Расчётные листки, приказы о привлечении к сверхурочной работе и оплате (если были).</w:t>
      </w:r>
    </w:p>
    <w:p>
      <w:pPr>
        <w:spacing w:after="40" w:line="276" w:lineRule="auto"/>
        <w:jc w:val="left"/>
      </w:pPr>
      <w:r>
        <w:rPr>
          <w:rFonts w:ascii="Times New Roman" w:hAnsi="Times New Roman"/>
          <w:b w:val="0"/>
          <w:i w:val="0"/>
          <w:sz w:val="24"/>
        </w:rPr>
        <w:t>5. Пояснения руководителя истца об отсутствии заданий за пределами рабочего времени.</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Работа после смены по собственной инициативе не является сверхурочной. Доказательства — табели, отсутствие приказов и письменных согласий, пояснения руководителя.</w:t>
      </w:r>
    </w:p>
    <w:p>
      <w:pPr>
        <w:spacing w:after="40" w:line="276" w:lineRule="auto"/>
        <w:jc w:val="both"/>
      </w:pPr>
      <w:r>
        <w:rPr>
          <w:rFonts w:ascii="Times New Roman" w:hAnsi="Times New Roman"/>
          <w:b w:val="0"/>
          <w:i/>
          <w:sz w:val="24"/>
        </w:rPr>
        <w:t>— Помните: обязанность вести точный учёт сверхурочной работы лежит на работодателе (ч. 7 ст. 99 ТК РФ) — пробелы в табелях толкуются против него.</w:t>
      </w:r>
    </w:p>
    <w:p>
      <w:pPr>
        <w:spacing w:after="40" w:line="276" w:lineRule="auto"/>
        <w:jc w:val="both"/>
      </w:pPr>
      <w:r>
        <w:rPr>
          <w:rFonts w:ascii="Times New Roman" w:hAnsi="Times New Roman"/>
          <w:b w:val="0"/>
          <w:i/>
          <w:sz w:val="24"/>
        </w:rPr>
        <w:t>— Срок обращения в суд по этому спору — один год со дня установленного срока выплаты (ст. 392 ТК РФ). Заявление о пропуске срока — сильнейший довод работодателя; заявите его в первом же заседании.</w:t>
      </w:r>
    </w:p>
    <w:p>
      <w:pPr>
        <w:spacing w:after="40" w:line="276" w:lineRule="auto"/>
        <w:jc w:val="both"/>
      </w:pPr>
      <w:r>
        <w:rPr>
          <w:rFonts w:ascii="Times New Roman" w:hAnsi="Times New Roman"/>
          <w:b w:val="0"/>
          <w:i/>
          <w:sz w:val="24"/>
        </w:rPr>
        <w:t>— Работник освобождён от судебных расходов (ст. 393 ТК РФ): даже при отказе в иске взыскать с него ваши расходы на представителя, как правило, нельзя.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