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родитель, с которым проживает ребёнок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места жительства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определении места жительства несовершеннолетнего [Ф. И. О.], «[дата рождения]» г. р., с истцом [и о взыскании алиментов с ответчика].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Спор разрешается исключительно в интересах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 Семейного кодекса Российской Федерации (далее — СК РФ) установлено: «Место жительства детей при раздельном проживании родителей устанавливается соглашением родителей.» «При отсутствии соглашения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другое).» Закон называет конкретные критерии: привязанность ребёнка к каждому из родителей и другим членам семьи, его возраст, нравственные и личные качества родителей, их отношения с ребёнком, возможность создать условия для воспитания и развития (род деятельности и режим работы, материальное и семейное положение). Все эти критерии говорят в пользу проживания ребёнка с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Ребёнок с рождения проживает с ответчиком и привязан к нему.</w:t>
      </w:r>
      <w:r>
        <w:rPr>
          <w:rFonts w:ascii="Times New Roman" w:hAnsi="Times New Roman"/>
          <w:b w:val="0"/>
          <w:i w:val="0"/>
          <w:sz w:val="24"/>
        </w:rPr>
        <w:t xml:space="preserve"> С [рождения / «[дата]»] ребёнок постоянно живёт с ответчиком по адресу: [адрес]; ответчик [водит его в детский сад / школу, занимается с ним, лечит его, проводит с ним выходные]. Ребёнок привык к своему дому, [школе, учителям, друзьям, секциям], у него сложились устойчивые связи [с бабушкой и дедушкой, братьями и сёстрами, проживающими вместе с ним]. Смена места жительства, [школы и окружения] причинит ему стресс и ухудшит его положение.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создал все условия для воспитания и развития ребёнка.</w:t>
      </w:r>
      <w:r>
        <w:rPr>
          <w:rFonts w:ascii="Times New Roman" w:hAnsi="Times New Roman"/>
          <w:b w:val="0"/>
          <w:i w:val="0"/>
          <w:sz w:val="24"/>
        </w:rPr>
        <w:t xml:space="preserve"> Ответчик [работает [график], имеет стабильный доход [сумма] рублей; проживает в [квартире площадью __ кв. м], у ребёнка отдельная комната; на учётах не состоит; характеризуется положительно]. Режим работы истца [вахтовый метод, командировки, работа до позднего вечера] не позволит ему лично заниматься ребёнком; фактически воспитывать ребёнка будут [третьи лица / родственники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истца о ненадлежащем воспитании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[указать]. Эти утверждения опровергаются [характеристиками из детского сада (школы), справкой из поликлиники, актом обследования условий проживания]. Ответчик не препятствует общению ребёнка с истцом (статья 66 СК РФ) и готов к определению порядка общения.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Материальное превосходство истца не является решающим.</w:t>
      </w:r>
      <w:r>
        <w:rPr>
          <w:rFonts w:ascii="Times New Roman" w:hAnsi="Times New Roman"/>
          <w:b w:val="0"/>
          <w:i w:val="0"/>
          <w:sz w:val="24"/>
        </w:rPr>
        <w:t xml:space="preserve"> Более высокий доход одного из родителей сам по себе не является основанием для передачи ребёнка: недостаток средств восполняется алиментами, а привязанность и стабильность денег не заменят. Равенство прав родителей закреплено пунктом 1 статьи 61 СК РФ: «Родители имеют равные права и несут равные обязанности в отношении своих детей (родительские права).»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 — главный критерий.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Требование истца продиктовано [конфликтом между родителями / желанием уменьшить алименты / местью ответчику], а не интересами ребёнка, и его удовлетворение ухудшит положение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Обязательное участие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Семейного кодекса Российской Федерации (далее — СК РФ)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Согласно пункту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Ответчик просит поручить органу опеки [наименование] провести обследование условий жизни ребёнка не только у истца, но и у ответчика, и учесть, что представленный истцом акт [составлен без посещения жилья ответчика / устарел / не содержит выводов о привязанности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исполнилось [__] лет; ответчик просит выслушать его мнение в судебном заседании в присутствии педагога [психолога] либо учесть его в заключении органа опеки.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61, 65, 66, 78 СК РФ, статьями 12, 56,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определении места жительства ребёнка с истцом [и о взыскании алиментов с ответчика]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[Встречное требование:] Определить место жительства несовершеннолетнего [Ф. И. О.] с ответчиком по адресу: [адрес] и взыскать с истца алименты на его содержание в размере [__] доли заработка ежемесячно с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Поручить органам опеки и попечительства по месту жительства каждой из сторон провести обследование условий жизни и дать заключение; [выслушать мнение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Характеристики из детского сада (школы), справка из поликлиники.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Справка о регистрации ребёнка по месту жительства ответчика, документы на жильё.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доходах и графике работы ответчика, характеристика с работы.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Справки об отсутствии учёта у нарколога и психиатра, об отсутствии судимости.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Заключение детского психолога о привязанностях ребёнка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Сохранение привычной обстановки — сильный довод: суды неохотно меняют место жительства ребёнка, долго проживающего с одним из родителей, если там нет угрозы.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Заключение органа опеки и мнение ребёнка (с 10 лет обязательно) часто определяют исход — участвуйте в обследовании и приглашайте специалистов к себе.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Заявите встречный иск об определении места жительства с вами и алиментах — это закрепит фактическое положение решением.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