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лицо, записанное отцом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мать ребёнка (законный представитель)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оспаривании отцовства и исключении сведений об отце из записи акта о рождении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оспаривании отцовства в отношении несовершеннолетнего [Ф. И. О.], «[дата рождения]» г. р., и исключении сведений об истце как об отце из записи акта о рождении № [номер].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Запись об отце внесена в соответствии с законом.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51 Семейного кодекса Российской Федерации (далее — СК РФ) установлено: «Отец и мать, состоящие в браке между собой, записываются родителями ребенка в книге записей рождений по заявлению любого из них.» Согласно пункту 2 той же статьи «Если родители не состоят в браке между собой, запись о матери ребенка производится по заявлению матери, а запись об отце ребенка - по совместному заявлению отца и матери ребенка, или по заявлению отца ребенка (пункт 3 статьи 48 настоящего Кодекса), или отец записывается согласно решению суда.» [Стороны состояли в браке, и истец записан отцом в силу закона / истец лично подал в орган ЗАГС совместное с матерью заявление об установлении отцовства «[дата]» — запись акта № [номер]]. Запись может быть оспорена лишь в судебном порядке и только при доказанности того, что истец не является отцом ребёнка (пункт 1 статьи 52 СК РФ: «Запись родителей в книге записей рождений, произведенная в соответствии с пунктами 1 и 2 статьи 51 настоящего Кодекса, может быть оспорена только в судебном порядке по требованию лица, записанного в качестве отца или матери ребенка, либо лица, фактически являющегося отцом или матерью ребенка, а также самого ребенка по достижении им совершеннолетия, опекуна (попечителя) ребенка, опекуна родителя, признанного судом недееспособным.»).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знал, что может не быть биологическим отцом, когда признавал отцовство, — оспаривать его он не вправе.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52 СК РФ установлено: «Требование лица, записанного отцом ребенка на основании пункта 2 статьи 51 настоящего Кодекса, об оспаривании отцовства не может быть удовлетворено, если в момент записи этому лицу было известно, что оно фактически не является отцом ребенка.» [Истец познакомился с матерью ребёнка, когда она уже была беременна, и знал об этом / сам говорил знакомым, что ребёнок «не его, но он его воспитает» — переписка прилагается]. Подавая заявление об установлении отцовства, истец действовал добровольно и осознанно. Это обстоятельство само по себе является основанием для отказа в иске, даже если экспертиза покажет отсутствие биологического родства.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ребёнок рождён с применением ВРТ:] Согласие на искусственное оплодотворение исключает оспаривание.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52 СК РФ установлено: «Супруг, давший в порядке, установленном законом, согласие в письменной форме на применение метода искусственного оплодотворения или на имплантацию эмбриона, не вправе при оспаривании отцовства ссылаться на эти обстоятельства.» Истец дал письменное согласие на применение [ЭКО с донорским материалом] «[дата]» — копия согласия из медицинской организации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на протяжении многих лет осуществлял права и обязанности отца.</w:t>
      </w:r>
      <w:r>
        <w:rPr>
          <w:rFonts w:ascii="Times New Roman" w:hAnsi="Times New Roman"/>
          <w:b w:val="0"/>
          <w:i w:val="0"/>
          <w:sz w:val="24"/>
        </w:rPr>
        <w:t xml:space="preserve"> С рождения ребёнка истец [проживал с ним, заботился о нём, представлял его интересы, указывал себя отцом в документах школы и поликлиники, платил алименты]. Ребёнок считает истца отцом, между ними сложились тесные семейные связи. Иск предъявлен лишь после [ухудшения отношений с матерью / взыскания алиментов], что свидетельствует о намерении освободиться от алиментной обязанности, а не о защите нарушенного права.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Удовлетворение иска противоречит интересам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установлено: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Исключение сведений об отце лишит ребёнка [права на содержание, наследование, фамилию и отчество, общение с семьёй отца], при этом другой отец ребёнка не установлен. </w:t>
      </w:r>
      <w:r>
        <w:rPr>
          <w:rFonts w:ascii="Times New Roman" w:hAnsi="Times New Roman"/>
          <w:b/>
          <w:i w:val="0"/>
          <w:sz w:val="24"/>
        </w:rPr>
        <w:t>Обязательное участие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Семейного кодекса Российской Федерации (далее — СК РФ)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Согласно пункту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Ответчик просит поручить органу опеки [наименование] провести обследование условий жизни ребёнка не только у истца, но и у ответчика, и учесть, что представленный истцом акт [составлен без посещения жилья ответчика / устарел / не содержит выводов о привязанности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 экспертизе.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возражает против назначения молекулярно-генетической экспертизы, однако просит учесть, что при доказанности обстоятельств пункта 2 статьи 52 СК РФ её результат значения для дела не имеет. [Если истец уже провёл внесудебный тест ДНК:] Представленный истцом «тест» проведён без участия ответчика, без подтверждения, чей биоматериал исследовался, и не является допустимым доказательством (часть 3 статьи 67 ГПК РФ: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Однако длительное (более [__] лет) бездействие истца, знавшего о сомнениях в отцовстве, подтверждает, что он признавал ребёнка своим осознанно.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9, 51, 52, 54, 78 СК РФ, статьями 12, 56, 67,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оспаривании отцовства и исключении сведений об отце из записи акта о рождении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Привлечь к участию в деле орган опеки и попечительства [наименование] для дачи заключения.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свидетельства о рождении ребёнка и копия заявления об установлении отцовства (запрос в ЗАГС).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осведомлённости истца на момент признания отцовства (переписка, показания свидетелей).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исполнения истцом обязанностей отца (фото, документы школы и поликлиники, платёжные документы).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Согласие истца на применение вспомогательных репродуктивных технологий [если применимо].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Ключевой довод — пункт 2 статьи 52 СК РФ: если истец, подавая заявление об отцовстве, знал, что не является биологическим отцом, в иске отказывают независимо от результата ДНК-экспертизы. Соберите доказательства его осведомлённости.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стороны состояли в браке и истец записан отцом по закону, этот запрет не действует — тогда акцент на интересах ребёнка и допустимости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