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наниматель / член семьи нанимателя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наниматель / член семьи нанимателя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спорного жилого помещения]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принудительном обмене жилого помещения, занимаемого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принудительном обмене жилого помещения по адресу: [адрес] на помещения по адресам: [адреса] по варианту истца.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Принудительный обмен возможен лишь с учётом заслуживающих внимания доводов и интересов всех проживающих.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72 Жилищного кодекса Российской Федерации (далее — ЖК РФ) установлено: «Если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обмене, любой из них вправе требовать осуществления принудительного обмена занимаемого жилого помещения в судебном порядке. При этом учитываются заслуживающие внимания доводы и законные интересы лиц, проживающих в обмениваемом жилом помещении. В случае необходимости принудительного обмена жилого помещения, занимаемого по договору социального найма несовершеннолетним (несовершеннолетними) и гражданами, лишенными в отношении этих несовершеннолетних родительских прав, иными совместно проживающими с несовершеннолетним (несовершеннолетними) лицами, соответствующее требование в суд вправе предъявить законные представители несовершеннолетних, орган опеки и попечительства либо прокурор, если совместное проживание этих граждан с такими несовершеннолетними нарушает права и законные интересы несовершеннолетних.» Суд не обязан производить обмен по варианту истца: он оценивает, не ухудшает ли обмен положение ответчика и членов его семьи.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Предложенный вариант существенно ухудшает жилищные условия ответчика.</w:t>
      </w:r>
      <w:r>
        <w:rPr>
          <w:rFonts w:ascii="Times New Roman" w:hAnsi="Times New Roman"/>
          <w:b w:val="0"/>
          <w:i w:val="0"/>
          <w:sz w:val="24"/>
        </w:rPr>
        <w:t xml:space="preserve"> По варианту истца ответчик [с семьёй из __ человек] получает [комнату в коммунальной квартире площадью __ кв. м / квартиру в доме без удобств / жильё в отдалённом районе, в [__] км от места работы ответчика и школы детей / квартиру на [__] этаже без лифта, тогда как ответчик — инвалид], в то время как истец получает [отдельную квартиру]. Площадь, приходящаяся на ответчика и членов его семьи, уменьшается с [__] до [__] кв. м на человека.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несовершеннолетних.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72 ЖК РФ установлено: «Обмен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допускается с предварительного согласия органов опеки и попечительства. Органы опеки и попечительства отказывают в даче такого согласия в случае, если обмен жилыми помещениями, предоставленными по договорам социального найма, нарушает права или законные интересы указанных лиц.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заявлений.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центр.» В квартире проживают несовершеннолетние [Ф. И. О.]; обмен ухудшит их условия [лишит отдельной комнаты / сменит школу]. Согласие органа опеки [не получено / дано без обследования].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Имеются препятствия для обмена.</w:t>
      </w:r>
      <w:r>
        <w:rPr>
          <w:rFonts w:ascii="Times New Roman" w:hAnsi="Times New Roman"/>
          <w:b w:val="0"/>
          <w:i w:val="0"/>
          <w:sz w:val="24"/>
        </w:rPr>
        <w:t xml:space="preserve"> Статьёй 73 ЖК РФ установлено: «Обмен жилыми помещениями между нанимателями данных помещений по договорам социального найма не допускается в случае, если:» «к нанимателю обмениваемого жилого помещения предъявлен иск о расторжении или об изменении договора социального найма жилого помещения» «право пользования обмениваемым жилым помещением оспаривается в судебном порядке» «обмениваемое жилое помещение признано в установленном порядке непригодным для проживания» [Предлагаемое ответчику помещение [находится в аварийном доме / в отношении нанимателя этого помещения предъявлен иск о расторжении договора / помещение является служебным]].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Варианты обмена должны быть реальными.</w:t>
      </w:r>
      <w:r>
        <w:rPr>
          <w:rFonts w:ascii="Times New Roman" w:hAnsi="Times New Roman"/>
          <w:b w:val="0"/>
          <w:i w:val="0"/>
          <w:sz w:val="24"/>
        </w:rPr>
        <w:t xml:space="preserve"> Истец обязан представить конкретные варианты с согласием всех участников обмена (нанимателей и наймодателей встречных помещений). [Представленные истцом «варианты» не согласованы с их нанимателями / наймодатель не давал согласия.] Договор об обмене заключается в письменной форме (статья 74 ЖК РФ: «Обмен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Заслуживающие внимания доводы ответчика.</w:t>
      </w:r>
      <w:r>
        <w:rPr>
          <w:rFonts w:ascii="Times New Roman" w:hAnsi="Times New Roman"/>
          <w:b w:val="0"/>
          <w:i w:val="0"/>
          <w:sz w:val="24"/>
        </w:rPr>
        <w:t xml:space="preserve"> Ответчик [проживает в квартире с рождения / вложил средства в её ремонт / ухаживает за престарелым родственником, проживающим рядом / работает в шаговой доступности]. Конфликт между сторонами [не носит характера, исключающего совместное проживание / спровоцирован истцом] и не является основанием для ухудшения условий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Документы о встречных помещениях,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72–74 ЖК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принудительном обмене жилого помещения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истца представить документы о согласии нанимателей и наймодателей встречных помещений; назначить осмотр предлагаемых ответчику помещений.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Технические паспорта занимаемого и предлагаемого помещений, сравнение условий.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составе семьи ответчика, инвалидности, месте работы и учёбы детей.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Акт осмотра предлагаемого помещения, фотографии.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производит принудительный обмен, только если вариант не ухудшает существенно условия других членов семьи. Сравните площадь на человека, благоустройство, удалённость от работы и школы.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Отсутствие согласия всех участников обмена (нанимателей и наймодателей встречных квартир) — самостоятельное основание для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