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проживающий в помещении</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наймодатель (администрация)</w:t>
      </w:r>
      <w:r>
        <w:rPr>
          <w:rFonts w:ascii="Times New Roman" w:hAnsi="Times New Roman"/>
          <w:b w:val="0"/>
          <w:i w:val="0"/>
          <w:sz w:val="24"/>
        </w:rPr>
        <w:br/>
        <w:t>[администрация / наймодатель — 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пользования жилым помещением на условиях социального найма и обязании заключить договор</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права пользования жилым помещением по адресу: [адрес] на условиях социального найма и обязании заключить договор социального найма.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Жилые помещения по социальному найму предоставляются в установленном порядке.</w:t>
      </w:r>
      <w:r>
        <w:rPr>
          <w:rFonts w:ascii="Times New Roman" w:hAnsi="Times New Roman"/>
          <w:b w:val="0"/>
          <w:i w:val="0"/>
          <w:sz w:val="24"/>
        </w:rPr>
        <w:t xml:space="preserve"> Частью 1 статьи 60 Жилищного кодекса Российской Федерации (далее —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Основанием для заключения договора является решение органа местного самоуправления о предоставлении помещения гражданину, состоящему на учёте нуждающихся. Такого решения в отношении истца не принималось; на учёте нуждающихся истец [не состоит / состоит с «[дата]» под номером __].</w:t>
      </w:r>
    </w:p>
    <w:p>
      <w:pPr>
        <w:spacing w:after="120" w:line="276" w:lineRule="auto"/>
        <w:ind w:firstLine="709"/>
        <w:jc w:val="both"/>
      </w:pPr>
      <w:r>
        <w:rPr>
          <w:rFonts w:ascii="Times New Roman" w:hAnsi="Times New Roman"/>
          <w:b/>
          <w:i w:val="0"/>
          <w:sz w:val="24"/>
        </w:rPr>
        <w:t>Законные основания вселения истца отсутствуют.</w:t>
      </w:r>
      <w:r>
        <w:rPr>
          <w:rFonts w:ascii="Times New Roman" w:hAnsi="Times New Roman"/>
          <w:b w:val="0"/>
          <w:i w:val="0"/>
          <w:sz w:val="24"/>
        </w:rPr>
        <w:t xml:space="preserve"> Статьёй 10 ЖК РФ установлено: «Жилищные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 Истец вселился в помещение [самовольно после смерти прежнего нанимателя / по договорённости с бывшим работодателем без ордера / по договору коммерческого найма]. Ордер (решение) на вселение истцу не выдавался. Длительное проживание и оплата коммунальных услуг сами по себе не порождают права пользования на условиях социального найма.</w:t>
      </w:r>
    </w:p>
    <w:p>
      <w:pPr>
        <w:spacing w:after="120" w:line="276" w:lineRule="auto"/>
        <w:ind w:firstLine="709"/>
        <w:jc w:val="both"/>
      </w:pPr>
      <w:r>
        <w:rPr>
          <w:rFonts w:ascii="Times New Roman" w:hAnsi="Times New Roman"/>
          <w:b/>
          <w:i w:val="0"/>
          <w:sz w:val="24"/>
        </w:rPr>
        <w:t>[Если помещение служебное / общежитие:] Помещение имеет статус специализированного.</w:t>
      </w:r>
      <w:r>
        <w:rPr>
          <w:rFonts w:ascii="Times New Roman" w:hAnsi="Times New Roman"/>
          <w:b w:val="0"/>
          <w:i w:val="0"/>
          <w:sz w:val="24"/>
        </w:rPr>
        <w:t xml:space="preserve"> Помещение отнесено к [служебным / общежитию] постановлением от «[дата]» № __, что подтверждается [выпиской из реестра]. Частью 4 статьи 100 ЖК РФ: «Наниматель специализированного жилого помещения не вправе осуществлять обмен занимаемого жилого помещения, а также передавать его в поднаем.» Предоставление такого помещения по договору социального найма невозможно, пока статус не снят в установленном порядке.</w:t>
      </w:r>
    </w:p>
    <w:p>
      <w:pPr>
        <w:spacing w:after="120" w:line="276" w:lineRule="auto"/>
        <w:ind w:firstLine="709"/>
        <w:jc w:val="both"/>
      </w:pPr>
      <w:r>
        <w:rPr>
          <w:rFonts w:ascii="Times New Roman" w:hAnsi="Times New Roman"/>
          <w:b/>
          <w:i w:val="0"/>
          <w:sz w:val="24"/>
        </w:rPr>
        <w:t>[Если истец ссылается на права умершего нанимателя:] Истец не был членом семьи нанимателя.</w:t>
      </w:r>
      <w:r>
        <w:rPr>
          <w:rFonts w:ascii="Times New Roman" w:hAnsi="Times New Roman"/>
          <w:b w:val="0"/>
          <w:i w:val="0"/>
          <w:sz w:val="24"/>
        </w:rPr>
        <w:t xml:space="preserve"> Частью 1 статьи 69 ЖК РФ установлено: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 Истец не доказал вселения в качестве члена семьи нанимателя и ведения с ним общего хозяйства; с заявлением о признании нанимателем по правилам статьи 82 ЖК РФ не обращался.</w:t>
      </w:r>
    </w:p>
    <w:p>
      <w:pPr>
        <w:spacing w:after="120" w:line="276" w:lineRule="auto"/>
        <w:ind w:firstLine="709"/>
        <w:jc w:val="both"/>
      </w:pPr>
      <w:r>
        <w:rPr>
          <w:rFonts w:ascii="Times New Roman" w:hAnsi="Times New Roman"/>
          <w:b/>
          <w:i w:val="0"/>
          <w:sz w:val="24"/>
        </w:rPr>
        <w:t>Права иных нуждающихся.</w:t>
      </w:r>
      <w:r>
        <w:rPr>
          <w:rFonts w:ascii="Times New Roman" w:hAnsi="Times New Roman"/>
          <w:b w:val="0"/>
          <w:i w:val="0"/>
          <w:sz w:val="24"/>
        </w:rPr>
        <w:t xml:space="preserve"> Помещение является муниципальной собственностью и подлежит предоставлению гражданам, состоящим на учёте, в порядке очерёдности. Удовлетворение иска нарушит права очередников, которые ожидают предоставления жилья [__] лет.</w:t>
      </w:r>
    </w:p>
    <w:p>
      <w:pPr>
        <w:spacing w:after="120" w:line="276" w:lineRule="auto"/>
        <w:ind w:firstLine="709"/>
        <w:jc w:val="both"/>
      </w:pPr>
      <w:r>
        <w:rPr>
          <w:rFonts w:ascii="Times New Roman" w:hAnsi="Times New Roman"/>
          <w:b/>
          <w:i w:val="0"/>
          <w:sz w:val="24"/>
        </w:rPr>
        <w:t>Плата за пользование не подтверждает социальный наём.</w:t>
      </w:r>
      <w:r>
        <w:rPr>
          <w:rFonts w:ascii="Times New Roman" w:hAnsi="Times New Roman"/>
          <w:b w:val="0"/>
          <w:i w:val="0"/>
          <w:sz w:val="24"/>
        </w:rPr>
        <w:t xml:space="preserve"> Начисление и оплата коммунальных услуг [по лицевому счёту прежнего нанимателя / за фактическое пользование] не свидетельствуют о согласии наймодателя на заключение договора социального найма с истцом.</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Документы о проживании, приложенные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60, 69, 82, 100 ЖК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права пользования на условиях социального найма и обязании заключить договор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Выписка из реестра муниципального имущества о статусе помещения.</w:t>
      </w:r>
    </w:p>
    <w:p>
      <w:pPr>
        <w:spacing w:after="40" w:line="276" w:lineRule="auto"/>
        <w:jc w:val="left"/>
      </w:pPr>
      <w:r>
        <w:rPr>
          <w:rFonts w:ascii="Times New Roman" w:hAnsi="Times New Roman"/>
          <w:b w:val="0"/>
          <w:i w:val="0"/>
          <w:sz w:val="24"/>
        </w:rPr>
        <w:t>3. Сведения о постановке (непостановке) истца на учёт нуждающихся.</w:t>
      </w:r>
    </w:p>
    <w:p>
      <w:pPr>
        <w:spacing w:after="40" w:line="276" w:lineRule="auto"/>
        <w:jc w:val="left"/>
      </w:pPr>
      <w:r>
        <w:rPr>
          <w:rFonts w:ascii="Times New Roman" w:hAnsi="Times New Roman"/>
          <w:b w:val="0"/>
          <w:i w:val="0"/>
          <w:sz w:val="24"/>
        </w:rPr>
        <w:t>4. Документы о прежнем нанимателе и составе его семьи (поквартирная карточка, лицевой счёт).</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Отзыв рассчитан на наймодателя (администрацию). Ключевые доводы — отсутствие решения о предоставлении помещения, самовольное вселение, специализированный статус и права очередников.</w:t>
      </w:r>
    </w:p>
    <w:p>
      <w:pPr>
        <w:spacing w:after="40" w:line="276" w:lineRule="auto"/>
        <w:jc w:val="both"/>
      </w:pPr>
      <w:r>
        <w:rPr>
          <w:rFonts w:ascii="Times New Roman" w:hAnsi="Times New Roman"/>
          <w:b w:val="0"/>
          <w:i/>
          <w:sz w:val="24"/>
        </w:rPr>
        <w:t>— Если истец вселён до 01.03.2005 по ордеру или по решению профкома, суды часто признают за ним право социального найма — проверьте основания его вселения.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