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поручитель, исполнивший обязательство</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 (заёмщик)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 должника сумм, уплаченных поручителем кредитору (регресс)</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 ответчика в порядке регресса [сумма] рублей, уплаченных истцом как поручителем кредитору [банку] по договору от «[дата]», процентов и убытков.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Поручитель получает права кредитора лишь в объёме исполненного.</w:t>
      </w:r>
      <w:r>
        <w:rPr>
          <w:rFonts w:ascii="Times New Roman" w:hAnsi="Times New Roman"/>
          <w:b w:val="0"/>
          <w:i w:val="0"/>
          <w:sz w:val="24"/>
        </w:rPr>
        <w:t xml:space="preserve"> Пунктом 1 статьи 365 Гражданского кодекса Российской Федерации (далее — ГК РФ) установлено: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Истец не доказал, что уплатил именно [сумма] рублей в погашение долга ответчика: [часть суммы удержана в счёт других обязательств истца перед банком / платежи производились третьим лицом / в платёжных документах не указано, за кого и по какому договору внесены средства].</w:t>
      </w:r>
    </w:p>
    <w:p>
      <w:pPr>
        <w:spacing w:after="120" w:line="276" w:lineRule="auto"/>
        <w:ind w:firstLine="709"/>
        <w:jc w:val="both"/>
      </w:pPr>
      <w:r>
        <w:rPr>
          <w:rFonts w:ascii="Times New Roman" w:hAnsi="Times New Roman"/>
          <w:b/>
          <w:i w:val="0"/>
          <w:sz w:val="24"/>
        </w:rPr>
        <w:t>Ответчик вправе выдвигать против поручителя возражения, которые имел против кредитора.</w:t>
      </w:r>
      <w:r>
        <w:rPr>
          <w:rFonts w:ascii="Times New Roman" w:hAnsi="Times New Roman"/>
          <w:b w:val="0"/>
          <w:i w:val="0"/>
          <w:sz w:val="24"/>
        </w:rPr>
        <w:t xml:space="preserve"> [Долг на момент оплаты поручителем был погашен частично самим ответчиком — платёжные документы; поручитель уплатил неустойку, которую суд уменьшил бы по статье 333 ГК РФ; поручитель погасил требование, по которому истекла давность.] Поручитель, исполнивший обязательство, не уведомив должника, несёт риск таких возражений: должник, исполнивший обязательство сам, не обязан платить повторно.</w:t>
      </w:r>
    </w:p>
    <w:p>
      <w:pPr>
        <w:spacing w:after="120" w:line="276" w:lineRule="auto"/>
        <w:ind w:firstLine="709"/>
        <w:jc w:val="both"/>
      </w:pPr>
      <w:r>
        <w:rPr>
          <w:rFonts w:ascii="Times New Roman" w:hAnsi="Times New Roman"/>
          <w:b/>
          <w:i w:val="0"/>
          <w:sz w:val="24"/>
        </w:rPr>
        <w:t>Поручитель не уведомил должника об исполнении.</w:t>
      </w:r>
      <w:r>
        <w:rPr>
          <w:rFonts w:ascii="Times New Roman" w:hAnsi="Times New Roman"/>
          <w:b w:val="0"/>
          <w:i w:val="0"/>
          <w:sz w:val="24"/>
        </w:rPr>
        <w:t xml:space="preserve"> [Ответчик, не зная об оплате поручителем, сам погасил [сумма] рублей кредитору «[дата]» — двойное исполнение; истец вправе требовать возврата излишнего у кредитора, а не у ответчика.]</w:t>
      </w:r>
    </w:p>
    <w:p>
      <w:pPr>
        <w:spacing w:after="120" w:line="276" w:lineRule="auto"/>
        <w:ind w:firstLine="709"/>
        <w:jc w:val="both"/>
      </w:pPr>
      <w:r>
        <w:rPr>
          <w:rFonts w:ascii="Times New Roman" w:hAnsi="Times New Roman"/>
          <w:b/>
          <w:i w:val="0"/>
          <w:sz w:val="24"/>
        </w:rPr>
        <w:t>[Если поручительство давалось без просьбы должника:]</w:t>
      </w:r>
      <w:r>
        <w:rPr>
          <w:rFonts w:ascii="Times New Roman" w:hAnsi="Times New Roman"/>
          <w:b w:val="0"/>
          <w:i w:val="0"/>
          <w:sz w:val="24"/>
        </w:rPr>
        <w:t xml:space="preserve"> Отношения поручителя и должника определяются соглашением между ними (пункт 3 статьи 365 ГК РФ: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 [между сторонами было соглашение о том, что истец поручился в счёт своего долга перед ответчиком / в рамках совместного бизнеса — требования регресса исключены].</w:t>
      </w:r>
    </w:p>
    <w:p>
      <w:pPr>
        <w:spacing w:after="120" w:line="276" w:lineRule="auto"/>
        <w:ind w:firstLine="709"/>
        <w:jc w:val="both"/>
      </w:pPr>
      <w:r>
        <w:rPr>
          <w:rFonts w:ascii="Times New Roman" w:hAnsi="Times New Roman"/>
          <w:b/>
          <w:i w:val="0"/>
          <w:sz w:val="24"/>
        </w:rPr>
        <w:t>Проценты по статье 395 ГК РФ и убытки.</w:t>
      </w:r>
      <w:r>
        <w:rPr>
          <w:rFonts w:ascii="Times New Roman" w:hAnsi="Times New Roman"/>
          <w:b w:val="0"/>
          <w:i w:val="0"/>
          <w:sz w:val="24"/>
        </w:rPr>
        <w:t xml:space="preserve"> Проценты на уплаченную сумму начисляются со дня уплаты (пункт 1 статьи 365 ГК РФ).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ind w:firstLine="709"/>
        <w:jc w:val="both"/>
      </w:pPr>
      <w:r>
        <w:rPr>
          <w:rFonts w:ascii="Times New Roman" w:hAnsi="Times New Roman"/>
          <w:b/>
          <w:i w:val="0"/>
          <w:sz w:val="24"/>
        </w:rPr>
        <w:t>Срок исковой давности по регрессному требованию.</w:t>
      </w:r>
      <w:r>
        <w:rPr>
          <w:rFonts w:ascii="Times New Roman" w:hAnsi="Times New Roman"/>
          <w:b w:val="0"/>
          <w:i w:val="0"/>
          <w:sz w:val="24"/>
        </w:rPr>
        <w:t xml:space="preserve"> Пунктом 3 статьи 200 ГК РФ: «По регрессным обязательствам течение срока исковой давности начинается со дня исполнения основного обязательства.» Истец уплатил долг «[дата]»; иск подан «[дата]». [Требования по платежам, внесённым ранее «[дата]», предъявлены за пределами срока.]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199, 200, 333, 364, 365, 395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в порядке регресса [в части __]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Взыскать лишь доказанную сумму, уплаченную в погашение обязательства ответчика, за вычетом сумм, погашенных ответчиком самостоятельно; применить исковую давность к платежам до «[дата]».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Документы о самостоятельных платежах ответчика кредитору.</w:t>
      </w:r>
    </w:p>
    <w:p>
      <w:pPr>
        <w:spacing w:after="40" w:line="276" w:lineRule="auto"/>
        <w:jc w:val="left"/>
      </w:pPr>
      <w:r>
        <w:rPr>
          <w:rFonts w:ascii="Times New Roman" w:hAnsi="Times New Roman"/>
          <w:b w:val="0"/>
          <w:i w:val="0"/>
          <w:sz w:val="24"/>
        </w:rPr>
        <w:t>3. Справка кредитора о движении по счёту / о погашении долга.</w:t>
      </w:r>
    </w:p>
    <w:p>
      <w:pPr>
        <w:spacing w:after="40" w:line="276" w:lineRule="auto"/>
        <w:jc w:val="left"/>
      </w:pPr>
      <w:r>
        <w:rPr>
          <w:rFonts w:ascii="Times New Roman" w:hAnsi="Times New Roman"/>
          <w:b w:val="0"/>
          <w:i w:val="0"/>
          <w:sz w:val="24"/>
        </w:rPr>
        <w:t>4. Документы о соглашении сторон относительно поручительства [если было].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давности по регрессу — три года с даты каждого платежа поручителя (п. 3 ст. 200 ГК РФ).</w:t>
      </w:r>
    </w:p>
    <w:p>
      <w:pPr>
        <w:spacing w:after="40" w:line="276" w:lineRule="auto"/>
        <w:jc w:val="both"/>
      </w:pPr>
      <w:r>
        <w:rPr>
          <w:rFonts w:ascii="Times New Roman" w:hAnsi="Times New Roman"/>
          <w:b w:val="0"/>
          <w:i/>
          <w:sz w:val="24"/>
        </w:rPr>
        <w:t>— Запросите у банка выписку: поручитель часто включает в регресс суммы, которые погасил сам должник.</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