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мать ребёнка</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предполагаемый отец</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об установлении отцовства и взыскании алиментов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об установлении отцовства ответчика в отношении несовершеннолетнего [Ф. И. О.], «[дата рождения]» г. р., и о взыскании алиментов.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требованию об установлении отцовства</w:t>
      </w:r>
    </w:p>
    <w:p>
      <w:pPr>
        <w:spacing w:after="120" w:line="276" w:lineRule="auto"/>
        <w:ind w:firstLine="709"/>
        <w:jc w:val="both"/>
      </w:pPr>
      <w:r>
        <w:rPr>
          <w:rFonts w:ascii="Times New Roman" w:hAnsi="Times New Roman"/>
          <w:b/>
          <w:i w:val="0"/>
          <w:sz w:val="24"/>
        </w:rPr>
        <w:t>Происхождение ребёнка от ответчика должно быть доказано истцом.</w:t>
      </w:r>
      <w:r>
        <w:rPr>
          <w:rFonts w:ascii="Times New Roman" w:hAnsi="Times New Roman"/>
          <w:b w:val="0"/>
          <w:i w:val="0"/>
          <w:sz w:val="24"/>
        </w:rPr>
        <w:t xml:space="preserve"> Статьёй 49 Семейного кодекса Российской Федерации (далее — СК РФ) установлено: «В случае рождения ребенка у родителей, не состоящих в браке между собой, и при отсутствии совместного заявления родителей или заявления отца ребенка (пункт 4 статьи 48 настоящего Кодекса) происхождение ребенка от конкретного лица (отцовство) устанавливается в судебном порядке по заявлению одного из родителей, опекуна (попечителя) ребенка или по заявлению лица, на иждивении которого находится ребенок, а также по заявлению самого ребенка по достижении им совершеннолетия. При этом суд принимает во внимание любые доказательства, с достоверностью подтверждающие происхождение ребенка от конкретного лица.» Значит, суд устанавливает отцовство не по утверждению матери, а лишь на основании доказательств, достоверно подтверждающих происхождение ребёнка. Истец таких доказательств не представил: [переписка и фотографии подтверждают лишь знакомство сторон / свидетели — родственники истца — не могут знать о зачатии].</w:t>
      </w:r>
    </w:p>
    <w:p>
      <w:pPr>
        <w:spacing w:after="120" w:line="276" w:lineRule="auto"/>
        <w:ind w:firstLine="709"/>
        <w:jc w:val="both"/>
      </w:pPr>
      <w:r>
        <w:rPr>
          <w:rFonts w:ascii="Times New Roman" w:hAnsi="Times New Roman"/>
          <w:b/>
          <w:i w:val="0"/>
          <w:sz w:val="24"/>
        </w:rPr>
        <w:t>В период зачатия стороны не находились в близких отношениях.</w:t>
      </w:r>
      <w:r>
        <w:rPr>
          <w:rFonts w:ascii="Times New Roman" w:hAnsi="Times New Roman"/>
          <w:b w:val="0"/>
          <w:i w:val="0"/>
          <w:sz w:val="24"/>
        </w:rPr>
        <w:t xml:space="preserve"> Ребёнок родился «[дата]», следовательно, предполагаемый период зачатия — [месяц, год]. В это время [стороны не общались / ответчик находился в [командировке, армии, другом городе] — подтверждается [приказ о командировке, проездные документы, справка]]. Отношения сторон прекратились «[дата]», то есть за [__] месяцев до предполагаемого периода зачатия.</w:t>
      </w:r>
    </w:p>
    <w:p>
      <w:pPr>
        <w:spacing w:after="120" w:line="276" w:lineRule="auto"/>
        <w:ind w:firstLine="709"/>
        <w:jc w:val="both"/>
      </w:pPr>
      <w:r>
        <w:rPr>
          <w:rFonts w:ascii="Times New Roman" w:hAnsi="Times New Roman"/>
          <w:b/>
          <w:i w:val="0"/>
          <w:sz w:val="24"/>
        </w:rPr>
        <w:t>[Если мать на момент рождения состояла в браке:] Отцом ребёнка в силу закона считается супруг матери.</w:t>
      </w:r>
      <w:r>
        <w:rPr>
          <w:rFonts w:ascii="Times New Roman" w:hAnsi="Times New Roman"/>
          <w:b w:val="0"/>
          <w:i w:val="0"/>
          <w:sz w:val="24"/>
        </w:rPr>
        <w:t xml:space="preserve"> Пунктом 2 статьи 48 СК РФ установлено: «Если ребенок родился от лиц, состоящих в браке между собой, а также в течение трехсот дней с момента расторжения брака, признания его недействительным или с момента смерти супруга матери ребенка, отцом ребенка признается супруг (бывший супруг) матери, если не доказано иное (статья 52 настоящего Кодекса). Отцовство супруга матери ребенка удостоверяется записью об их браке.» На момент рождения ребёнка истец состояла в браке с [Ф. И. О.] [либо ребёнок родился в течение трёхсот дней после расторжения брака]. Пока запись о нём как об отце не оспорена в установленном порядке, установить отцовство другого лица невозможно.</w:t>
      </w:r>
    </w:p>
    <w:p>
      <w:pPr>
        <w:spacing w:after="120" w:line="276" w:lineRule="auto"/>
        <w:ind w:firstLine="709"/>
        <w:jc w:val="both"/>
      </w:pPr>
      <w:r>
        <w:rPr>
          <w:rFonts w:ascii="Times New Roman" w:hAnsi="Times New Roman"/>
          <w:b/>
          <w:i w:val="0"/>
          <w:sz w:val="24"/>
        </w:rPr>
        <w:t>Ответчик готов к проведению молекулярно-генетической экспертизы.</w:t>
      </w:r>
      <w:r>
        <w:rPr>
          <w:rFonts w:ascii="Times New Roman" w:hAnsi="Times New Roman"/>
          <w:b w:val="0"/>
          <w:i w:val="0"/>
          <w:sz w:val="24"/>
        </w:rPr>
        <w:t xml:space="preserve"> Частью 1 статьи 79 ГПК РФ установлено: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Ответчик не уклоняется от экспертизы и сам заявляет ходатайство о её назначении. При этом ответчик обращает внимание суда, что часть 3 статьи 79 ГПК РФ («При уклонении стороны от участия в экспертизе, непредставлении экспертам необходимых материалов и документов для исследования и в иных случаях, если по обстоятельствам дела и без участия этой стороны экспертизу провести невозможно, суд в зависимости от того, какая сторона уклоняется от экспертизы, а также какое для нее она имеет значение, вправе признать факт, для выяснения которого экспертиза была назначена, установленным или опровергнутым.») применяется к стороне, уклоняющейся от экспертизы; если от участия в экспертизе или от представления ребёнка уклонится истец, суд вправе признать опровергнутым факт, для выяснения которого экспертиза назначалась.</w:t>
      </w:r>
    </w:p>
    <w:p>
      <w:pPr>
        <w:spacing w:after="120" w:line="276" w:lineRule="auto"/>
        <w:jc w:val="center"/>
      </w:pPr>
      <w:r>
        <w:rPr>
          <w:rFonts w:ascii="Times New Roman" w:hAnsi="Times New Roman"/>
          <w:b/>
          <w:i w:val="0"/>
          <w:sz w:val="24"/>
        </w:rPr>
        <w:t>III. Возражения по требованию о взыскании алиментов</w:t>
      </w:r>
    </w:p>
    <w:p>
      <w:pPr>
        <w:spacing w:after="120" w:line="276" w:lineRule="auto"/>
        <w:ind w:firstLine="709"/>
        <w:jc w:val="both"/>
      </w:pPr>
      <w:r>
        <w:rPr>
          <w:rFonts w:ascii="Times New Roman" w:hAnsi="Times New Roman"/>
          <w:b/>
          <w:i w:val="0"/>
          <w:sz w:val="24"/>
        </w:rPr>
        <w:t>Алименты не могут быть взысканы до установления отцовства и за прошлое.</w:t>
      </w:r>
      <w:r>
        <w:rPr>
          <w:rFonts w:ascii="Times New Roman" w:hAnsi="Times New Roman"/>
          <w:b w:val="0"/>
          <w:i w:val="0"/>
          <w:sz w:val="24"/>
        </w:rPr>
        <w:t xml:space="preserve"> Обязанность содержать ребёнка возникает у лица, происхождение ребёнка от которого удостоверено в установленном законом порядке (статья 47 СК РФ: «Права и обязанности родителей и детей основываются на происхождении детей, удостоверенном в установленном законом порядке.»). Пунктом 2 статьи 107 СК РФ установлено: «Алименты присуждаются с момента обращения в суд.» «Алименты за прошедший период могут быть взысканы в пределах трехлетнего срока с момента обращения в суд, если судом установлено, что до обращения в суд принимались меры к получению средств на содержание, но алименты не были получены вследствие уклонения лица, обязанного уплачивать алименты, от их уплаты.» Поэтому даже при удовлетворении иска алименты могут быть присуждены лишь с даты подачи иска, а не с рождения ребёнка.</w:t>
      </w:r>
    </w:p>
    <w:p>
      <w:pPr>
        <w:spacing w:after="120" w:line="276" w:lineRule="auto"/>
        <w:ind w:firstLine="709"/>
        <w:jc w:val="both"/>
      </w:pPr>
      <w:r>
        <w:rPr>
          <w:rFonts w:ascii="Times New Roman" w:hAnsi="Times New Roman"/>
          <w:b/>
          <w:i w:val="0"/>
          <w:sz w:val="24"/>
        </w:rPr>
        <w:t>Размер алиментов в долях и основания его уменьшения.</w:t>
      </w:r>
      <w:r>
        <w:rPr>
          <w:rFonts w:ascii="Times New Roman" w:hAnsi="Times New Roman"/>
          <w:b w:val="0"/>
          <w:i w:val="0"/>
          <w:sz w:val="24"/>
        </w:rPr>
        <w:t xml:space="preserve"> Пунктом 1 статьи 81 СК РФ установлено: «При отсутствии соглашения об уплате алиментов алименты на несовершеннолетних детей взыскиваются судом с их родителей ежемесячно в размере: на одного ребенка - одной четверти, на двух детей - одной трети, на трех и более детей - половины заработка и (или) иного дохода родителей.» Согласно пункту 2 той же статьи «Размер этих долей может быть уменьшен или увеличен судом с учетом материального или семейного положения сторон и иных заслуживающих внимания обстоятельств.» У ответчика на иждивении находятся [другие несовершеннолетние дети [Ф. И. О., даты рождения] / нетрудоспособные родители / супруг(а) в отпуске по уходу за ребёнком]; его доход составляет [сумма] рублей в месяц, [он имеет заболевание / инвалидность, требующие лечения]. Взыскание в заявленном размере поставит других детей ответчика в худшее положение, что недопустимо: все дети имеют равное право на содержание.</w:t>
      </w:r>
    </w:p>
    <w:p>
      <w:pPr>
        <w:spacing w:after="120" w:line="276" w:lineRule="auto"/>
        <w:ind w:firstLine="709"/>
        <w:jc w:val="both"/>
      </w:pPr>
      <w:r>
        <w:rPr>
          <w:rFonts w:ascii="Times New Roman" w:hAnsi="Times New Roman"/>
          <w:b/>
          <w:i w:val="0"/>
          <w:sz w:val="24"/>
        </w:rPr>
        <w:t>Доказательства истца не подтверждают его доводов.</w:t>
      </w:r>
      <w:r>
        <w:rPr>
          <w:rFonts w:ascii="Times New Roman" w:hAnsi="Times New Roman"/>
          <w:b w:val="0"/>
          <w:i w:val="0"/>
          <w:sz w:val="24"/>
        </w:rPr>
        <w:t xml:space="preserve"> Частью 3 статьи 67 ГПК РФ установлено: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части 7 той же статьи «Суд не может считать доказанными обстоятельства, подтверждаемые только копией документа или иного письменного доказательства, если утрачен и не передан суду оригинал документа, и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 Переписка, фотографии и показания свидетелей, на которые ссылается истец, [не относятся к предмету спора / представлены в копиях, подлинники отсутствуют / противоречат друг другу: указать конкретно, какой документ и чем он плох]. Ответчик просит суд обязать истца представить подлинники документов, на которые он ссылается.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47–49, 81, 107 СК РФ, статьями 12, 56, 79,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Назначить по делу судебную молекулярно-генетическую экспертизу для установления происхождения несовершеннолетнего [Ф. И. О.] от ответчика; проведение поручить [наименование экспертного учреждения]; расходы возложить на истца [на стороны в равных долях].</w:t>
      </w:r>
    </w:p>
    <w:p>
      <w:pPr>
        <w:spacing w:after="120" w:line="276" w:lineRule="auto"/>
        <w:ind w:firstLine="709"/>
        <w:jc w:val="both"/>
      </w:pPr>
      <w:r>
        <w:rPr>
          <w:rFonts w:ascii="Times New Roman" w:hAnsi="Times New Roman"/>
          <w:b w:val="0"/>
          <w:i w:val="0"/>
          <w:sz w:val="24"/>
        </w:rPr>
        <w:t>2. Отказать [Ф. И. О. истца] в удовлетворении исковых требований об установлении отцовства и взыскании алиментов к [Ф. И. О. ответчика] в полном объёме.</w:t>
      </w:r>
    </w:p>
    <w:p>
      <w:pPr>
        <w:spacing w:after="120" w:line="276" w:lineRule="auto"/>
        <w:ind w:firstLine="709"/>
        <w:jc w:val="both"/>
      </w:pPr>
      <w:r>
        <w:rPr>
          <w:rFonts w:ascii="Times New Roman" w:hAnsi="Times New Roman"/>
          <w:b w:val="0"/>
          <w:i w:val="0"/>
          <w:sz w:val="24"/>
        </w:rPr>
        <w:t>3. [Если отцовство будет установлено:] Определить размер алиментов с учётом пункта 2 статьи 81 СК РФ в размере [__] доли заработка ответчика, начиная с «[дата подачи иска]».</w:t>
      </w:r>
    </w:p>
    <w:p>
      <w:pPr>
        <w:spacing w:after="120" w:line="276" w:lineRule="auto"/>
        <w:ind w:firstLine="709"/>
        <w:jc w:val="both"/>
      </w:pPr>
      <w:r>
        <w:rPr>
          <w:rFonts w:ascii="Times New Roman" w:hAnsi="Times New Roman"/>
          <w:b w:val="0"/>
          <w:i w:val="0"/>
          <w:sz w:val="24"/>
        </w:rPr>
        <w:t>4.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Доказательства отсутствия близких отношений в период зачатия (документы о командировке, проездные билеты, справки).</w:t>
      </w:r>
    </w:p>
    <w:p>
      <w:pPr>
        <w:spacing w:after="40" w:line="276" w:lineRule="auto"/>
        <w:jc w:val="left"/>
      </w:pPr>
      <w:r>
        <w:rPr>
          <w:rFonts w:ascii="Times New Roman" w:hAnsi="Times New Roman"/>
          <w:b w:val="0"/>
          <w:i w:val="0"/>
          <w:sz w:val="24"/>
        </w:rPr>
        <w:t>3. Свидетельство о браке (расторжении брака) истца [если мать состояла в браке].</w:t>
      </w:r>
    </w:p>
    <w:p>
      <w:pPr>
        <w:spacing w:after="40" w:line="276" w:lineRule="auto"/>
        <w:jc w:val="left"/>
      </w:pPr>
      <w:r>
        <w:rPr>
          <w:rFonts w:ascii="Times New Roman" w:hAnsi="Times New Roman"/>
          <w:b w:val="0"/>
          <w:i w:val="0"/>
          <w:sz w:val="24"/>
        </w:rPr>
        <w:t>4. Ходатайство о назначении молекулярно-генетической экспертизы с вопросами эксперту.</w:t>
      </w:r>
    </w:p>
    <w:p>
      <w:pPr>
        <w:spacing w:after="40" w:line="276" w:lineRule="auto"/>
        <w:jc w:val="left"/>
      </w:pPr>
      <w:r>
        <w:rPr>
          <w:rFonts w:ascii="Times New Roman" w:hAnsi="Times New Roman"/>
          <w:b w:val="0"/>
          <w:i w:val="0"/>
          <w:sz w:val="24"/>
        </w:rPr>
        <w:t>5. Справка о доходах ответчика и документы об иждивенцах.</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Молекулярно-генетическая экспертиза практически всегда решает спор. Уклонение от неё — худшая стратегия: суд вправе признать отцовство установленным (ч. 3 ст. 79 ГПК РФ). Если вы уверены, что не являетесь отцом, сами просите экспертизу.</w:t>
      </w:r>
    </w:p>
    <w:p>
      <w:pPr>
        <w:spacing w:after="40" w:line="276" w:lineRule="auto"/>
        <w:jc w:val="both"/>
      </w:pPr>
      <w:r>
        <w:rPr>
          <w:rFonts w:ascii="Times New Roman" w:hAnsi="Times New Roman"/>
          <w:b w:val="0"/>
          <w:i/>
          <w:sz w:val="24"/>
        </w:rPr>
        <w:t>— Если экспертиза подтвердит отцовство, сразу обсудите разумный размер алиментов и мировое соглашение — это сэкономит расходы на экспертизу и представителя.</w:t>
      </w:r>
    </w:p>
    <w:p>
      <w:pPr>
        <w:spacing w:after="40" w:line="276" w:lineRule="auto"/>
        <w:jc w:val="both"/>
      </w:pPr>
      <w:r>
        <w:rPr>
          <w:rFonts w:ascii="Times New Roman" w:hAnsi="Times New Roman"/>
          <w:b w:val="0"/>
          <w:i/>
          <w:sz w:val="24"/>
        </w:rPr>
        <w:t>— Требование об установлении отцовства исковой давностью не ограничено (п. 1 ст. 9 СК РФ).</w:t>
      </w:r>
    </w:p>
    <w:p>
      <w:pPr>
        <w:spacing w:after="40" w:line="276" w:lineRule="auto"/>
        <w:jc w:val="both"/>
      </w:pPr>
      <w:r>
        <w:rPr>
          <w:rFonts w:ascii="Times New Roman" w:hAnsi="Times New Roman"/>
          <w:b w:val="0"/>
          <w:i/>
          <w:sz w:val="24"/>
        </w:rPr>
        <w:t>— Истец по искам о взыскании алиментов освобождён от госпошлины (подп. 2 п. 1 ст. 333.36 НК РФ); при отказе в иске ваши расходы на представителя всё равно можно взыскать (ст. 98, 100 ГПК РФ).</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