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собственник помещения / управляющая организация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собственник помещения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помещения в многоквартирном доме]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устранении препятствий в пользовании общим имуществом многоквартирного дома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об обязании ответчика демонтировать [перегородку / дверь / кладовую / шкаф] в [межквартирном коридоре / подвале / на лестничной площадке] многоквартирного дома по адресу: [адрес] и освободить общее имущество.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Пользование общим имуществом определяется решением общего собрания собственников.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36 Жилищного кодекса Российской Федерации (далее — ЖК РФ) установлено: «Собственники помещений в многоквартирном доме владеют, пользуются и в установленных настоящим Кодексом и гражданским законодательством пределах распоряжаются общим имуществом в многоквартирном доме.» Пунктом 3 части 2 статьи 44 ЖК РФ к компетенции общего собрания отнесено: «принятие решений о пользовании общим имуществом собственников помещений в многоквартирном доме иными лицами, в том числе о заключении договоров на установку и эксплуатацию рекламных конструкций, если для их установки и эксплуатации предполагается использовать общее имущество собственников помещений в многоквартирном доме» Общим собранием собственников «[дата]» (протокол № __) принято решение [о передаче в пользование собственникам квартир № __ части межквартирного коридора / о согласовании установки перегородки]. Частью 5 статьи 46 ЖК РФ установлено: «Решение общего собрания собственников помещений в многоквартирном доме, принятое в установленном настоящим Кодексом порядке, по вопросам, отнесенным к компетенции такого собрания, является обязательным для всех собственников помещений в многоквартирном доме, в том числе для тех собственников, которые не участвовали в голосовании.» Решение не оспорено и обязательно для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общего имущества не уменьшен.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36 ЖК РФ установлено: «Уменьшение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реконструкции.» [Перегородка / дверь] не изменяет состав и площадь общего имущества, не присоединяет его к квартире ответчика и не исключает его из общей долевой собственности; это лишь порядок пользования, согласованный собственниками. Ключи от двери [переданы всем собственникам квартир, выходящих в коридор, включая истца / находятся у управляющей организации].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истца не нарушены.</w:t>
      </w:r>
      <w:r>
        <w:rPr>
          <w:rFonts w:ascii="Times New Roman" w:hAnsi="Times New Roman"/>
          <w:b w:val="0"/>
          <w:i w:val="0"/>
          <w:sz w:val="24"/>
        </w:rPr>
        <w:t xml:space="preserve"> Статьёй 304 Гражданского кодекса Российской Федерации (далее — ГК РФ) установлено: «Собственник может требовать устранения всяких нарушений его права, хотя бы эти нарушения и не были соединены с лишением владения.» Истец должен доказать, что действия ответчика реально препятствуют ему в пользовании его собственностью. [Доступ истца к его квартире, к инженерным коммуникациям и к эвакуационным выходам не ограничен; перегородка установлена [__] лет назад с согласия прежнего собственника квартиры истца.]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пожарной безопасности соблюдены.</w:t>
      </w:r>
      <w:r>
        <w:rPr>
          <w:rFonts w:ascii="Times New Roman" w:hAnsi="Times New Roman"/>
          <w:b w:val="0"/>
          <w:i w:val="0"/>
          <w:sz w:val="24"/>
        </w:rPr>
        <w:t xml:space="preserve"> [Перегородка установлена с соблюдением требований о ширине эвакуационного пути и не препятствует эвакуации — заключение специалиста / ответ МЧС прилагается.] Предписаний надзорных органов в отношении ответчика нет.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Пользование долевым имуществом.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247 ГК РФ установлено: «Владение и пользование имуществом, находящимся в долевой собственности, осуществляются по соглашению всех ее участников, а при недостижении согласия - в порядке, устанавливаемом судом.» Порядок пользования [коридором] сложился и согласован; требование истца фактически направлено на изменение этого порядка без решения общего собрания.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Судебная неустойка завышена.</w:t>
      </w:r>
      <w:r>
        <w:rPr>
          <w:rFonts w:ascii="Times New Roman" w:hAnsi="Times New Roman"/>
          <w:b w:val="0"/>
          <w:i w:val="0"/>
          <w:sz w:val="24"/>
        </w:rPr>
        <w:t xml:space="preserve"> [Если истец просит неустойку по статье 308.3 ГК РФ:] Размер [сумма] рублей в день несоразмерен; разумный срок исполнения при удовлетворении иска — не менее [__] месяцев, а неустойка — не более [сумма] рублей в день.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истца не подтверждают его доводов.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Фотографии и акты, представленные истцом,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36, 44, 46 ЖК РФ, статьями 247, 304, 308.3, 333 ГК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об устранении препятствий в пользовании общим имуществом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 удовлетворении иска:] Установить срок исполнения не менее [__] месяцев и уменьшить размер судебной неустойки.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Протокол общего собрания собственников о согласовании использования общего имущества.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Согласия соседей / прежнего собственника квартиры истца.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Заключение специалиста о соблюдении требований пожарной безопасности, ответ МЧС.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Доказательства передачи ключей собственникам.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Главная защита — решение общего собрания о пользовании частью общего имущества. Если его нет, предложите провести собрание до решения суда: суды учитывают последующее одобрение.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Уменьшение общего имущества требует согласия всех собственников (ч. 3 ст. 36 ЖК РФ), а установление перегородки без присоединения площади к квартире — только решения собрания по ч. 2 ст. 44 ЖК РФ.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