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родитель, лишённый родительских прав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второй родитель (опекун, попечитель, приёмный родитель)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восстановлении в родительских правах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восстановлении истца в родительских правах в отношении несовершеннолетнего [Ф. И. О.], «[дата рождения]» г. р., лишённого их решением [наименование суда] от «[дата]» по делу № [номер].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возможно лишь при действительном изменении поведения, образа жизни и отношения к воспитанию.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72 Семейного кодекса Российской Федерации (далее — СК РФ) установлено: «Родители (один из них) могут быть восстановлены в родительских правах в случаях, если они изменили поведение, образ жизни и (или) отношение к воспитанию ребенка.» Все три условия — изменение поведения, образа жизни и отношения к воспитанию ребёнка — должны быть доказаны истцом в совокупности и носить устойчивый характер.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Изменения, на которые ссылается истец, не являются устойчивыми.</w:t>
      </w:r>
      <w:r>
        <w:rPr>
          <w:rFonts w:ascii="Times New Roman" w:hAnsi="Times New Roman"/>
          <w:b w:val="0"/>
          <w:i w:val="0"/>
          <w:sz w:val="24"/>
        </w:rPr>
        <w:t xml:space="preserve"> Истец был лишён родительских прав за [злостное уклонение от уплаты алиментов / хронический алкоголизм / жестокое обращение]. С момента вынесения решения прошло лишь [__] месяцев; [истец трудоустроился «[дата]», то есть незадолго до подачи иска / лечение от алкоголизма прошёл однократно, сведений о стойкой ремиссии нет / привлекался к административной ответственности «[дата]»]. Кратковременное «исправление» перед подачей иска не свидетельствует об изменении образа жизни.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проявлял интереса к ребёнку и не участвовал в его содержании.</w:t>
      </w:r>
      <w:r>
        <w:rPr>
          <w:rFonts w:ascii="Times New Roman" w:hAnsi="Times New Roman"/>
          <w:b w:val="0"/>
          <w:i w:val="0"/>
          <w:sz w:val="24"/>
        </w:rPr>
        <w:t xml:space="preserve"> После лишения родительских прав истец [не интересовался жизнью ребёнка, не звонил, не поздравлял, не передавал подарков]. Задолженность по алиментам составляет [сумма] рублей (справка пристава от «[дата]»), хотя обязанность содержать ребёнка сохранялась. Отношение к воспитанию ребёнка, таким образом, не изменилось.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противоречит интересам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72 СК РФ установлено: «Суд вправе с учетом мнения ребенка отказать в удовлетворении иска родителей (одного из них) о восстановлении в родительских правах, если восстановление в родительских правах противоречит интересам ребенка.» Ребёнок [давно не видел истца, не помнит его / помнит пережитое насилие и боится истца / привязан к ответчику и проживает в стабильной семье]. Резкое изменение его жизни нанесёт ему психологическую травму. [Ребёнку исполнилось 10 лет:] «Восстановление в родительских правах в отношении ребенка, достигшего возраста десяти лет, возможно только с его согласия.» Ребёнок согласия на восстановление не выражает.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ребёнок усыновлён:] Восстановление не допускается.</w:t>
      </w:r>
      <w:r>
        <w:rPr>
          <w:rFonts w:ascii="Times New Roman" w:hAnsi="Times New Roman"/>
          <w:b w:val="0"/>
          <w:i w:val="0"/>
          <w:sz w:val="24"/>
        </w:rPr>
        <w:t xml:space="preserve"> «Не допускается восстановление в родительских правах, если ребенок усыновлен и усыновление не отменено (статья 140 настоящего Кодекса).» Ребёнок усыновлён [Ф. И. О.] решением от «[дата]», усыновление не отменено.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 возврате ребёнка также не подлежит удовлетворению.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72 СК РФ установлено: «Одновременно с заявлением родителей (одного из них) о восстановлении в родительских правах может быть рассмотрено требование о возврате ребенка родителям (одному из них).» Даже если суд посчитает возможным восстановление, возврат ребёнка истцу сразу, без постепенного восстановления контакта и под контролем органа опеки, противоречит интересам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Обязательное участие органа опеки и попечительства.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 Семейного кодекса Российской Федерации (далее — СК РФ)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Согласно пункту 2 той же статьи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 Ответчик просит поручить органу опеки [наименование] провести обследование условий жизни ребёнка не только у истца, но и у ответчика, и учесть, что представленный истцом акт [составлен без посещения жилья ответчика / устарел / не содержит выводов о привязанности ребёнка].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ребёнка.</w:t>
      </w:r>
      <w:r>
        <w:rPr>
          <w:rFonts w:ascii="Times New Roman" w:hAnsi="Times New Roman"/>
          <w:b w:val="0"/>
          <w:i w:val="0"/>
          <w:sz w:val="24"/>
        </w:rPr>
        <w:t xml:space="preserve"> Статьёй 57 СК РФ установлено: «Ребенок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Учет мнения ребенка, достигшего возраста десяти лет, обязателен, за исключением случаев, когда это противоречит его интересам. В случаях, предусмотренных настоящим Кодексом (статьи 59, 72, 132, 134, 136, 143, 145), органы опеки и попечительства или суд могут принять решение только с согласия ребенка, достигшего возраста десяти лет.» Ребёнку [Ф. И. О.] исполнилось [__] лет; ответчик просит выслушать его мнение в судебном заседании в присутствии педагога [психолога] либо учесть его в заключении органа опеки.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57, 72, 78 СК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восстановлении в родительских правах и возврате ребёнка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Привлечь к участию в деле орган опеки и попечительства и прокурора; поручить органу опеки обследовать условия жизни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[Если ребёнку 10 лет и более:] Выслушать мнение несовершеннолетнего [Ф. И. О.] в присутствии педагога (психолога).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решения суда о лишении родительских прав.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Справка о задолженности истца по алиментам.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Характеристики ребёнка, заключение психолога о его эмоциональном состоянии и привязанностях.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об усыновлении (опеке) [если применимо].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Сведения о привлечении истца к административной (уголовной) ответственности после лишения прав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проверяет устойчивость изменений. Покажите хронологию: короткий период «исправления» перед иском, сохранившийся долг по алиментам, отсутствие интереса к ребёнку.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Мнение ребёнка старше 10 лет обязательно: без его согласия восстановление невозможно (п. 4 ст. 72 СК РФ). Подготовьте заключение психолога.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Истец по искам о взыскании алиментов освобождён от госпошлины (подп. 2 п. 1 ст. 333.36 НК РФ); при отказе в иске ваши расходы на представителя всё равно можно взыскать (ст. 98, 100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