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владелец автомобиля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орган местного самоуправления / дорожная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возмещении ущерба, причинённого автомобилю вследствие наезда на выбоину (яму) на дороге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ущерба в размере [сумма] рублей, причинённого автомобилю [марка, госномер] в результате наезда на выбоину на участке дороги [адрес] «[дата]», расходов на оценку и эвакуацию.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ненадлежащий ответчик [если применимо].</w:t>
      </w:r>
      <w:r>
        <w:rPr>
          <w:rFonts w:ascii="Times New Roman" w:hAnsi="Times New Roman"/>
          <w:b w:val="0"/>
          <w:i w:val="0"/>
          <w:sz w:val="24"/>
        </w:rPr>
        <w:t xml:space="preserve"> Участок дороги [передан на содержание [подрядной организации] по контракту от «[дата]» № __, по условиям которого подрядчик отвечает перед третьими лицами за вред, причинённый ненадлежащим содержанием / относится к региональной (федеральной) дороге, за которую отвечает [орган]]. Ответчик ходатайствует о замене ненадлежащего ответчика (статья 41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Размеры выбоины не установлены надлежащим образом.</w:t>
      </w:r>
      <w:r>
        <w:rPr>
          <w:rFonts w:ascii="Times New Roman" w:hAnsi="Times New Roman"/>
          <w:b w:val="0"/>
          <w:i w:val="0"/>
          <w:sz w:val="24"/>
        </w:rPr>
        <w:t xml:space="preserve"> Пунктом 5.2.4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установлено: «Покрытие проезжей части не должно иметь дефектов в виде выбоин, просадок, проломов, колей и иных повреждений (таблица А.1 приложения А), устранение которых осуществляют в сроки, приведенные в таблице 5.3.» В таблице 5.3 к таким дефектам отнесено: «Отдельное повреждение (выбоина, просадка, пролом) длиной 15 см и более, глубиной 5 см и более, площадью, м2, равной или более 0,06» м². Все три параметра должны быть установлены одновременно. Схема ДТП составлена [без измерений / с измерением «на глаз» без поверенного инструмента / без участия представителя ответчика], акт о выявленных недостатках дорожного покрытия не составлялся.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Водитель нарушил ПДД — грубая неосторожность.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10.1 Правил дорожного движения Российской Федерации установлено: «10.1. Водитель должен вести транспортное средство со скоростью, не превышающей установленного ограничения, учитывая при этом интенсивность движения, особенности и состояние транспортного средства и груза, дорожные и метеорологические условия, в частности видимость в направлении движения. Скорость должна обеспечивать водителю возможность постоянного контроля за движением транспортного средства для выполнения требований Правил. При возникновении опасности для движения, которую водитель в состоянии обнаружить, он должен принять возможные меры к снижению скорости вплоть до остановки транспортного средства.» [Выбоина была видна, участок обозначен знаком «Неровная дорога» / ограничением скорости; ДТП произошло в светлое время суток при хорошей видимости; истец превысил скорость.]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«При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допускается.»  Это основание для уменьшения размера возмещения [или отказа в нём].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Повреждения не соответствуют обстоятельствам.</w:t>
      </w:r>
      <w:r>
        <w:rPr>
          <w:rFonts w:ascii="Times New Roman" w:hAnsi="Times New Roman"/>
          <w:b w:val="0"/>
          <w:i w:val="0"/>
          <w:sz w:val="24"/>
        </w:rPr>
        <w:t xml:space="preserve"> [Часть повреждений (бампер, порог) не может образоваться от наезда на выбоину указанной глубины; повреждения дисков и шин могли возникнуть ранее — автомобиль участвовал в ДТП «[дата]» по данным ГИБДД.]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не доказан, ответчик ходатайствует об экспертизе.</w:t>
      </w:r>
      <w:r>
        <w:rPr>
          <w:rFonts w:ascii="Times New Roman" w:hAnsi="Times New Roman"/>
          <w:b w:val="0"/>
          <w:i w:val="0"/>
          <w:sz w:val="24"/>
        </w:rPr>
        <w:t xml:space="preserve">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просит назначить судебную экспертизу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Работы по содержанию выполнялись.</w:t>
      </w:r>
      <w:r>
        <w:rPr>
          <w:rFonts w:ascii="Times New Roman" w:hAnsi="Times New Roman"/>
          <w:b w:val="0"/>
          <w:i w:val="0"/>
          <w:sz w:val="24"/>
        </w:rPr>
        <w:t xml:space="preserve"> Ответчик [проводил осмотры участка «[дата]», ямочный ремонт «[дата]»; выбоина образовалась в результате [резкого перепада температур] незадолго до ДТП и не могла быть устранена в нормативный срок — ГОСТ устанавливает сроки устранения от момента обнаружения].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210, 1064, 1083 ГК РФ, статьями 12, 41, 56,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возмещении ущерба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Назначить судебную автотехническую и трасологическую экспертизу.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удовлетворении иска:] Уменьшить размер возмещения с учётом грубой неосторожности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 разграничении ответственности за участок дороги (контракт на содержание, реестр дорог).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Журналы осмотров и ремонта участка.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ГИБДД о предыдущих ДТП с участием автомобиля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Сведения о дорожных знаках на участке (проект организации дорожного движения).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Главные слабые места иска: отсутствие точных замеров выбоины по ГОСТ и нарушение водителем п. 10.1 ПДД. П. 5.2.4 и табл. 5.3 ГОСТ Р 50597-2017 и п. 10.1 ПДД приведены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Проверьте, кто отвечает за участок: подрядчик по контракту, регион или федеральный орган.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