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владелец автомобиля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администрация / управляющая организация / собственник здания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ущерба, причинённого автомобилю падением дерева (снега, наледи)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ущерба в размере [сумма] рублей, причинённого автомобилю [марка, госномер] падением [дерева / снега с крыши] «[дата]» по адресу [адрес].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Падение дерева вызвано непреодолимой силой.</w:t>
      </w:r>
      <w:r>
        <w:rPr>
          <w:rFonts w:ascii="Times New Roman" w:hAnsi="Times New Roman"/>
          <w:b w:val="0"/>
          <w:i w:val="0"/>
          <w:sz w:val="24"/>
        </w:rPr>
        <w:t xml:space="preserve"> «[дата]» в [городе] наблюдался [ураганный ветер со скоростью порывов [__] м/с / ледяной дождь], что подтверждается справкой [Росгидромета]; [введён режим чрезвычайной ситуации]. Дерево [было здоровым — акт обследования зелёных насаждений от «[дата]» не выявил признаков аварийности]. Вред, причинённый вследствие стихийного бедствия, при отсутствии вины не возмещается.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ненадлежащий ответчик.</w:t>
      </w:r>
      <w:r>
        <w:rPr>
          <w:rFonts w:ascii="Times New Roman" w:hAnsi="Times New Roman"/>
          <w:b w:val="0"/>
          <w:i w:val="0"/>
          <w:sz w:val="24"/>
        </w:rPr>
        <w:t xml:space="preserve"> [Дерево произрастало на земельном участке [многоквартирного дома / иного собственника], а не на территории, за которую отвечает ответчик — выписка ЕГРН о границах участка, схема. Статьёй 210 ГК РФ: «Собственник несет бремя содержания принадлежащего ему имущества, если иное не предусмотрено законом или договором.» — бремя содержания несёт собственник соответствующего участка.]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припарковал автомобиль в опасном месте.</w:t>
      </w:r>
      <w:r>
        <w:rPr>
          <w:rFonts w:ascii="Times New Roman" w:hAnsi="Times New Roman"/>
          <w:b w:val="0"/>
          <w:i w:val="0"/>
          <w:sz w:val="24"/>
        </w:rPr>
        <w:t xml:space="preserve"> [Истец оставил автомобиль [на газоне / вплотную к зданию / в зоне, огороженной сигнальной лентой с табличкой «Осторожно, сход снега»], несмотря на штормовое предупреждение МЧС.]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«При грубой неосторожности потерпевшего и отсутствии вины причинителя вреда в случаях, когда его ответственность наступает независимо от вины, размер возмещения должен быть уменьшен или в возмещении вреда может быть отказано, если законом не предусмотрено иное. При причинении вреда жизни или здоровью гражданина отказ в возмещении вреда не допускается.»  Это основание для уменьшения размера возмещения [или отказа в нём].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принимал необходимые меры.</w:t>
      </w:r>
      <w:r>
        <w:rPr>
          <w:rFonts w:ascii="Times New Roman" w:hAnsi="Times New Roman"/>
          <w:b w:val="0"/>
          <w:i w:val="0"/>
          <w:sz w:val="24"/>
        </w:rPr>
        <w:t xml:space="preserve"> [Ответчик проводил плановое обследование и санитарную обрезку деревьев «[дата]»; очищал кровлю «[дата]» и «[дата]» — акты, наряды; размещал предупреждающие таблички.]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Повреждения и размер ущерба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[Протокол осмотра полицией фиксирует повреждения, часть которых (сколы на бампере, ржавчина) не связана с падением.]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просит назначить судебную экспертизу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210, 401, 1064, 1083 ГК РФ, статьями 12,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возмещении ущерба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Назначить судебную экспертизу (причина падения дерева, относимость повреждений, стоимость ремонта).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удовлетворении иска:] Уменьшить возмещение с учётом грубой неосторожности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Справка Росгидромета о погодных условиях на дату события, штормовое предупреждение МЧС.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Акты обследования зелёных насаждений, документы о санитарной обрезке / акты очистки кровли.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ЕГРН о границах участков в месте падения.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Фотографии ограждений и предупреждающих табличек.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Сильнейший довод — непреодолимая сила (ураган с подтверждением Росгидромета) при здоровом дереве.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границы участков: дерево могло расти на территории другого собственника.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