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пострадавшего имущества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участка, где возник пожар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ущерба, причинённого пожаром, перешедшим с соседнего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ущерба в размере [сумма] рублей, причинённого пожаром «[дата]», перешедшим с земельного участка ответчика по адресу [адрес] на [дом, баню, хозяйственные постройки] истца.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Причина и место возникновения пожара не установлены достоверно.</w:t>
      </w:r>
      <w:r>
        <w:rPr>
          <w:rFonts w:ascii="Times New Roman" w:hAnsi="Times New Roman"/>
          <w:b w:val="0"/>
          <w:i w:val="0"/>
          <w:sz w:val="24"/>
        </w:rPr>
        <w:t xml:space="preserve"> [Техническое заключение (постановление об отказе в возбуждении уголовного дела) от «[дата]» указывает несколько версий возникновения пожара / очаг пожара определён предположительно / не исключён поджог третьими лицами]. Вероятностные выводы не доказывают причинную связь. Ответчик ходатайствует о назначении судебной пожарно-технической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соблюдал требования пожарной безопасности.</w:t>
      </w:r>
      <w:r>
        <w:rPr>
          <w:rFonts w:ascii="Times New Roman" w:hAnsi="Times New Roman"/>
          <w:b w:val="0"/>
          <w:i w:val="0"/>
          <w:sz w:val="24"/>
        </w:rPr>
        <w:t xml:space="preserve"> Статьёй 210 ГК РФ («Собственник несет бремя содержания принадлежащего ему имущества, если иное не предусмотрено законом или договором.») собственник несёт бремя содержания имущества; ответчик [содержал электропроводку в исправном состоянии — акт проверки от «[дата]», не оставлял открытый огонь без присмотра, хранил горючие материалы в соответствии с правилами]. Пожар возник в результате [короткого замыкания в сетях энергоснабжающей организации / грозового разряда / действий третьих лиц], за которые ответчик не отвечает.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Нарушения противопожарных разрывов со стороны истца способствовали распространению огня.</w:t>
      </w:r>
      <w:r>
        <w:rPr>
          <w:rFonts w:ascii="Times New Roman" w:hAnsi="Times New Roman"/>
          <w:b w:val="0"/>
          <w:i w:val="0"/>
          <w:sz w:val="24"/>
        </w:rPr>
        <w:t xml:space="preserve"> [Постройки истца возведены вплотную к границе участка ответчика, без соблюдения противопожарных расстояний; на участке истца хранились горючие материалы.]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завышен.</w:t>
      </w:r>
      <w:r>
        <w:rPr>
          <w:rFonts w:ascii="Times New Roman" w:hAnsi="Times New Roman"/>
          <w:b w:val="0"/>
          <w:i w:val="0"/>
          <w:sz w:val="24"/>
        </w:rPr>
        <w:t xml:space="preserve"> [Истец оценил постройки по стоимости новых, без учёта износа и года постройки; включил имущество, наличие которого не подтверждено; не учёл годные остатки.] Возмещению подлежит реальный ущерб (статья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выгода).»).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просит назначить судебную экспертизу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имущество истца было застраховано:]</w:t>
      </w:r>
      <w:r>
        <w:rPr>
          <w:rFonts w:ascii="Times New Roman" w:hAnsi="Times New Roman"/>
          <w:b w:val="0"/>
          <w:i w:val="0"/>
          <w:sz w:val="24"/>
        </w:rPr>
        <w:t xml:space="preserve"> Страховое возмещение, полученное истцом, уменьшает размер требований к ответчику; право требования в этой части перешло к страховщику (статья 965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Ответчик [пенсионер / имеет доход [сумма] рублей, на иждивении — [дети], кредитные обязательства]; вред причинён неумышленно. Ответчик просит уменьшить размер возмещения с учётом его имущественного положения.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210, 1064, 1083 ГК РФ, статьями 12,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возмещении ущерба от пожара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судебную пожарно-техническую и оценочную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удовлетворении иска:] Уменьшить размер возмещения с учётом грубой неосторожности истца и имущественного положения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Материалы проверки по факту пожара (техническое заключение, постановление).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состоянии электропроводки и противопожарных мерах на участке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Схема расположения построек с расстояниями до границы.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страховании имущества истца [если известны].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Пожарно-техническая экспертиза — ключ к делу: вероятностные выводы о причине пожара не доказывают вину.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Несоблюдение противопожарных разрывов самим истцом — основание уменьшить возмещение. Статья 965 ГК РФ упомянута без цитирования.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