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плательщик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получатель платежа</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неосновательного обогащения (ошибочно перечисленных денежных средств) и процентов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[сумма] рублей, перечисленных платёжным поручением от «[дата]» № [__], как неосновательного обогащения, и процентов за пользование чужими денежными средствами.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Денежные средства получены при наличии правового основания.</w:t>
      </w:r>
      <w:r>
        <w:rPr>
          <w:rFonts w:ascii="Times New Roman" w:hAnsi="Times New Roman"/>
          <w:b w:val="0"/>
          <w:i w:val="0"/>
          <w:sz w:val="24"/>
        </w:rPr>
        <w:t xml:space="preserve">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Платёж произведён [во исполнение договора от «[дата]» № [__] между сторонами / за третье лицо [наименование] в счёт его долга перед ответчиком по договору № [__] — письмо третьего лица от «[дата]» о возложении исполнения]. Статьёй 313 ГК РФ кредитор обязан принять исполнение, предложенное за должника третьим лицом, если должник возложил на него исполнение; такое исполнение не порождает неосновательного обогащения кредитора.</w:t>
      </w:r>
    </w:p>
    <w:p>
      <w:pPr>
        <w:spacing w:after="120" w:line="276" w:lineRule="auto"/>
        <w:ind w:firstLine="709"/>
        <w:jc w:val="both"/>
      </w:pPr>
      <w:r>
        <w:rPr>
          <w:rFonts w:ascii="Times New Roman" w:hAnsi="Times New Roman"/>
          <w:b/>
          <w:i w:val="0"/>
          <w:sz w:val="24"/>
        </w:rPr>
        <w:t>Назначение платежа подтверждает его основание.</w:t>
      </w:r>
      <w:r>
        <w:rPr>
          <w:rFonts w:ascii="Times New Roman" w:hAnsi="Times New Roman"/>
          <w:b w:val="0"/>
          <w:i w:val="0"/>
          <w:sz w:val="24"/>
        </w:rPr>
        <w:t xml:space="preserve"> В платёжном поручении указано: «[назначение платежа: оплата по счёту № [__] / по договору № [__]]». Истец сам определил основание, и именно на это основание ответчик засчитал поступившие средства, [отгрузив товар / выполнив работы / погасив задолженность третьего лица].</w:t>
      </w:r>
    </w:p>
    <w:p>
      <w:pPr>
        <w:spacing w:after="120" w:line="276" w:lineRule="auto"/>
        <w:ind w:firstLine="709"/>
        <w:jc w:val="both"/>
      </w:pPr>
      <w:r>
        <w:rPr>
          <w:rFonts w:ascii="Times New Roman" w:hAnsi="Times New Roman"/>
          <w:b/>
          <w:i w:val="0"/>
          <w:sz w:val="24"/>
        </w:rPr>
        <w:t>Встречное предоставление получено истцом [или третьим лицом в его интересах].</w:t>
      </w:r>
      <w:r>
        <w:rPr>
          <w:rFonts w:ascii="Times New Roman" w:hAnsi="Times New Roman"/>
          <w:b w:val="0"/>
          <w:i w:val="0"/>
          <w:sz w:val="24"/>
        </w:rPr>
        <w:t xml:space="preserve"> По счёту № [__] ответчик поставил товар [выполнил работы] на сумму платежа по УПД № [__] от «[дата]». Получение равноценного предоставления исключает обогащение. Пунктом 3 статьи 1103 ГК РФ правила о неосновательном обогащении применяются к требованиям «одной стороны в обязательстве к другой о возврате исполненного в связи с этим обязательством» — то есть требование должно рассматриваться в рамках договорных отношений сторон, с учётом всего исполненного по ним.</w:t>
      </w:r>
    </w:p>
    <w:p>
      <w:pPr>
        <w:spacing w:after="120" w:line="276" w:lineRule="auto"/>
        <w:ind w:firstLine="709"/>
        <w:jc w:val="both"/>
      </w:pPr>
      <w:r>
        <w:rPr>
          <w:rFonts w:ascii="Times New Roman" w:hAnsi="Times New Roman"/>
          <w:b/>
          <w:i w:val="0"/>
          <w:sz w:val="24"/>
        </w:rPr>
        <w:t>Деньги не подлежат возврату, если истец знал об отсутствии обязательства.</w:t>
      </w:r>
      <w:r>
        <w:rPr>
          <w:rFonts w:ascii="Times New Roman" w:hAnsi="Times New Roman"/>
          <w:b w:val="0"/>
          <w:i w:val="0"/>
          <w:sz w:val="24"/>
        </w:rPr>
        <w:t xml:space="preserve"> Подпунктом 4 статьи 1109 ГК РФ установлено, что не подлежат возврату «денежные суммы и иное имущество, предоставленные во исполнение несуществующего обязательства, если приобретатель докажет, что лицо, требующее возврата имущества, знало об отсутствии обязательства либо предоставило имущество в целях благотворительности.» Истец перечислил средства [повторно, зная о ранее произведённой оплате / с целью, которую ответчик не мог знать], ошибки не было.</w:t>
      </w:r>
    </w:p>
    <w:p>
      <w:pPr>
        <w:spacing w:after="120" w:line="276" w:lineRule="auto"/>
        <w:ind w:firstLine="709"/>
        <w:jc w:val="both"/>
      </w:pPr>
      <w:r>
        <w:rPr>
          <w:rFonts w:ascii="Times New Roman" w:hAnsi="Times New Roman"/>
          <w:b/>
          <w:i w:val="0"/>
          <w:sz w:val="24"/>
        </w:rPr>
        <w:t>Задолженность погашена зачётом.</w:t>
      </w:r>
      <w:r>
        <w:rPr>
          <w:rFonts w:ascii="Times New Roman" w:hAnsi="Times New Roman"/>
          <w:b w:val="0"/>
          <w:i w:val="0"/>
          <w:sz w:val="24"/>
        </w:rPr>
        <w:t xml:space="preserve"> У ответчика к истцу имеется требование [о взыскании долга по договору № [__]] на сумму [сумма] рублей; о зачёте заявлено «[дата]». Статьёй 410 ГК РФ установлено: «Обязательство прекращается полностью или частично зачетом встречного однородного требования, срок которого наступил либо срок которого не указан или определен моментом востребования. В случаях, предусмотренных законом, допускается зачет встречного однородного требования, срок которого не наступил. Для зачета достаточно заявления одной стороны.»</w:t>
      </w:r>
    </w:p>
    <w:p>
      <w:pPr>
        <w:spacing w:after="120" w:line="276" w:lineRule="auto"/>
        <w:ind w:firstLine="709"/>
        <w:jc w:val="both"/>
      </w:pPr>
      <w:r>
        <w:rPr>
          <w:rFonts w:ascii="Times New Roman" w:hAnsi="Times New Roman"/>
          <w:b/>
          <w:i w:val="0"/>
          <w:sz w:val="24"/>
        </w:rPr>
        <w:t>Проценты начислены не с той даты.</w:t>
      </w:r>
      <w:r>
        <w:rPr>
          <w:rFonts w:ascii="Times New Roman" w:hAnsi="Times New Roman"/>
          <w:b w:val="0"/>
          <w:i w:val="0"/>
          <w:sz w:val="24"/>
        </w:rPr>
        <w:t xml:space="preserve"> Пунктом 2 статьи 1107 ГК РФ установлено: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Ответчик узнал о претензиях истца только из претензии от «[дата]».</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Согласно пункту 1 статьи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начал течь с даты платежа «[дата]» — с этого дня плательщик знал о перечислении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313, 410, 1102, 1103, 1107, 1109 ГК РФ, статьями 65, 70, 71,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неосновательного обогащения и процентов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Договор (счёт), во исполнение которого произведён платёж; документы о встречном исполнении (УПД, акты).</w:t>
      </w:r>
    </w:p>
    <w:p>
      <w:pPr>
        <w:spacing w:after="40" w:line="276" w:lineRule="auto"/>
        <w:jc w:val="left"/>
      </w:pPr>
      <w:r>
        <w:rPr>
          <w:rFonts w:ascii="Times New Roman" w:hAnsi="Times New Roman"/>
          <w:b w:val="0"/>
          <w:i w:val="0"/>
          <w:sz w:val="24"/>
        </w:rPr>
        <w:t>3. Письмо третьего лица о возложении исполнения на истца [если применимо].</w:t>
      </w:r>
    </w:p>
    <w:p>
      <w:pPr>
        <w:spacing w:after="40" w:line="276" w:lineRule="auto"/>
        <w:jc w:val="left"/>
      </w:pPr>
      <w:r>
        <w:rPr>
          <w:rFonts w:ascii="Times New Roman" w:hAnsi="Times New Roman"/>
          <w:b w:val="0"/>
          <w:i w:val="0"/>
          <w:sz w:val="24"/>
        </w:rPr>
        <w:t>4. Заявление о зачёте и доказательства его направления.</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Суды считают ошибочным платёж без какого-либо основания. Если в назначении платежа есть ссылка на договор или счёт, истцу придётся доказать, что платёж не относился к этим отношениям.</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