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сособственник / член семьи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проживающий в помещении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спорного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вселении в жилое помещение и устранении препятствий в пользовании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вселении истца в жилое помещение по адресу: [адрес], обязании ответчика не чинить препятствий и передать ключи.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собственности на долю не означает безусловного права на вселение.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Гражданского кодекса Российской Федерации (далее — ГК РФ)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 той же статьи: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Право участника долевой собственности на пользование реализуется в соответствии с соглашением или порядком, установленным судом, с учётом нуждаемости и возможности совместного проживания. Вселение без определения порядка пользования в квартиру, где проживает другая семья, невозможно без нарушения её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нуждается в проживании в спорном помещении.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другой квартире, принадлежащей ему на праве собственности / зарегистрирован и живёт по адресу __ / с «[дата]» в квартиру не вселялся и не пытался]. Иск о вселении предъявлен не для проживания, а [как способ давления с целью продажи доли / для вселения посторонних лиц].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проживание невозможно.</w:t>
      </w:r>
      <w:r>
        <w:rPr>
          <w:rFonts w:ascii="Times New Roman" w:hAnsi="Times New Roman"/>
          <w:b w:val="0"/>
          <w:i w:val="0"/>
          <w:sz w:val="24"/>
        </w:rPr>
        <w:t xml:space="preserve"> Квартира [однокомнатная / двухкомнатная общей площадью __ кв. м], в ней проживает ответчик с семьёй [__ человек, в том числе несовершеннолетние]. На долю истца приходится [__] кв. м; изолированного помещения, соответствующего его доле, нет. Стороны [не являются членами одной семьи / находятся в конфликтных отношениях]. Вселение повлечёт существенное нарушение прав ответчика и детей.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члена семьи нанимателя / собственника:] Истец утратил право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выехал из квартиры «[дата]» в другое постоянное место жительства, вывез вещи, [создал другую семью], обязанностей по оплате жилья и коммунальных услуг не исполнял. Статьёй 71 ЖК РФ сохраняется право лишь временно отсутствующих: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Выезд истца не был временным. [Ответчик заявляет встречный иск о признании истца утратившим право пользования.]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Препятствий ответчик не чинил.</w:t>
      </w:r>
      <w:r>
        <w:rPr>
          <w:rFonts w:ascii="Times New Roman" w:hAnsi="Times New Roman"/>
          <w:b w:val="0"/>
          <w:i w:val="0"/>
          <w:sz w:val="24"/>
        </w:rPr>
        <w:t xml:space="preserve"> Истец ключи не запрашивал [либо ответчик передавал ключи — переписка прилагается], в квартиру не приходил. Обращение в полицию от «[дата]» [проверкой не подтвердилось / касалось иного конфликта]. Статьёй 304 ГК РФ защищаются только реальные нарушения: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Альтернатива — компенсация за пользование долей.</w:t>
      </w:r>
      <w:r>
        <w:rPr>
          <w:rFonts w:ascii="Times New Roman" w:hAnsi="Times New Roman"/>
          <w:b w:val="0"/>
          <w:i w:val="0"/>
          <w:sz w:val="24"/>
        </w:rPr>
        <w:t xml:space="preserve"> Если предоставить истцу часть помещения невозможно, его интерес защищается не вселением, а денежной компенсацией за пользование ответчиком его долей (пункт 2 статьи 247 ГК РФ), [либо выкупом доли — ответчик готов выкупить долю истца по рыночной стоимости].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 о «препятствиях»,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304 ГК РФ, статьёй 71 ЖК РФ, статьями 12, 56,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вселении и обязании не чинить препятствий в пользовании жилым помещением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[Встречное требование:] Признать истца утратившим право пользования жилым помещением [для членов семьи нанимателя] / определить компенсацию за пользование долей.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Технический паспорт (план) квартиры с площадями комнат.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другом жилье истца (выписка ЕГРН, справка о регистрации).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добровольного выезда истца и неоплаты им ЖКУ (квитанции, показания соседей).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Переписка, подтверждающая отсутствие препятствий.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составе семьи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отказывают во вселении собственника небольшой доли, если он не нуждается в жилье, а совместное проживание невозможно. Покажите другое жильё истца и состав вашей семьи.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выкуп доли или компенсацию за пользование — суды ценят готовность к компромиссу.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