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наймодатель / соседи / члены семьи</w:t>
      </w:r>
      <w:r>
        <w:rPr>
          <w:rFonts w:ascii="Times New Roman" w:hAnsi="Times New Roman"/>
          <w:b w:val="0"/>
          <w:i w:val="0"/>
          <w:sz w:val="24"/>
        </w:rPr>
        <w:br/>
        <w:t>[администрация / наймодатель —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наниматель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спорного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расторжении договора социального найма и выселении без предоставления другого жилого помещения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расторжении договора социального найма жилого помещения по адресу: [адрес] и выселении ответчика без предоставления другого жилого помещения.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Выселение без предоставления жилья — крайняя мера, допустимая только после предупреждения.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91 Жилищного кодекса Российской Федерации (далее — ЖК РФ) установлено: «Если наниматель и (или) проживающие совместно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нарушения.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нарушений. Если наниматель жилого помещения и (или) проживающие совместно с ним члены его семьи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помещения.» Закон требует одновременно: (1) систематического характера нарушений, (2) предупреждения наймодателя об их устранении и (3) продолжения нарушений после предупреждения. Истец [не направлял ответчику предупреждения / направил его по другому адресу / не предоставил ответчику разумного срока для устранения нарушений].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Систематического нарушения прав соседей нет.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[единичный конфликт «[дата]» / жалобы одного соседа, с которым у ответчика личная неприязнь]. Систематичность предполагает неоднократные, длящиеся нарушения, зафиксированные компетентными органами. [Ответчик к административной ответственности за нарушение тишины не привлекался / привлекался однократно, после чего нарушений не было — характеристика участкового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Бесхозяйственное обращение с помещением не доказано.</w:t>
      </w:r>
      <w:r>
        <w:rPr>
          <w:rFonts w:ascii="Times New Roman" w:hAnsi="Times New Roman"/>
          <w:b w:val="0"/>
          <w:i w:val="0"/>
          <w:sz w:val="24"/>
        </w:rPr>
        <w:t xml:space="preserve"> [Повреждения возникли в результате износа дома и бездействия наймодателя, не проводившего капитальный ремонт; ответчик устранил последствия протечки за свой счёт — акт от «[дата]»]. Частью 3 статьи 67 ЖК РФ на нанимателя возложены обязанности: «обеспечивать сохранность жилого помещения» «поддерживать надлежащее состояние жилого помещения» «проводить текущий ремонт жилого помещения» Ответчик их исполняет [проведён текущий ремонт — чеки, фото].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основание — неоплата ЖКУ:] Выселение возможно только с предоставлением другого помещения.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83 ЖК РФ установлено: «Расторжение договора социального найма жилого помещения по требованию наймодателя допускается в судебном порядке в случае:» «невнесения нанимателем платы за жилое помещение и (или) коммунальные услуги в течение более шести месяцев» При этом статьёй 90 ЖК РФ установлено: «Если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услуги, они могут быть выселены в судебном порядке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общежитие.» Неоплата допущена по уважительным причинам [болезнь, потеря работы, задержка заработной платы]; [задолженность погашена / погашается по соглашению с управляющей компанией]. Уважительность причин исключает выселение.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устранил нарушения.</w:t>
      </w:r>
      <w:r>
        <w:rPr>
          <w:rFonts w:ascii="Times New Roman" w:hAnsi="Times New Roman"/>
          <w:b w:val="0"/>
          <w:i w:val="0"/>
          <w:sz w:val="24"/>
        </w:rPr>
        <w:t xml:space="preserve"> После [предупреждения / подачи иска] ответчик [погасил долг, отремонтировал помещение, урегулировал отношения с соседями]. Суд оценивает ситуацию на момент рассмотрения дела; устранение нарушений исключает применение крайней меры.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членов семьи ответчика.</w:t>
      </w:r>
      <w:r>
        <w:rPr>
          <w:rFonts w:ascii="Times New Roman" w:hAnsi="Times New Roman"/>
          <w:b w:val="0"/>
          <w:i w:val="0"/>
          <w:sz w:val="24"/>
        </w:rPr>
        <w:t xml:space="preserve"> В помещении проживают [несовершеннолетние / инвалиды]. Выселение без предоставления жилья оставит их без крова, что противоречит интересам детей и принципам жилищного законодательства.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 делу обязательно участие прокурора.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ГПК РФ установлено: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Ответчик просит обеспечить участие прокурора и учесть его заключение.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67, 83, 90, 91 ЖК РФ, статьями 12, 45,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расторжении договора социального найма и выселении без предоставления другого жилого помещения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[Вариант:] Предоставить ответчику срок для устранения нарушений.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об отсутствии предупреждения или о его ненадлежащем вручении.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Характеристика участкового, справка об отсутствии административных правонарушений.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погашении долга по ЖКУ, о ремонте помещения.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составе семьи, детях, инвалидности.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об уважительных причинах неоплаты (больничные, справка центра занятости).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письменного предупреждения наймодателя и продолжения нарушений после него выселение по ст. 91 ЖК РФ невозможно — проверьте, было ли предупреждение и получали ли вы 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Устраните нарушения до заседания (погасите долг, сделайте ремонт, урегулируйте конфликт с соседями): суд оценивает ситуацию на момент решения.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