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задолженности по заработной плате, компенсации за задержку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задолженности по заработной плате за период с «[дата]» по «[дата]» в размере [сумма] рублей, компенсации за задержку выплаты по статье 236 ТК РФ и компенсации морального вреда.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 начислена и выплачена в соответствии с трудовым договором.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 Трудовым договором истцу установлен оклад [сумма] рублей [и надбавка __]. За спорный период начислено [сумма] рублей, выплачено [сумма] рублей — расчётные листки, ведомости и платёжные поручения прилагаются. [Задолженность составляет лишь [сумма] рублей и признаётся ответчиком / отсутствует.]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основан на сумме, не предусмотренной договором.</w:t>
      </w:r>
      <w:r>
        <w:rPr>
          <w:rFonts w:ascii="Times New Roman" w:hAnsi="Times New Roman"/>
          <w:b w:val="0"/>
          <w:i w:val="0"/>
          <w:sz w:val="24"/>
        </w:rPr>
        <w:t xml:space="preserve"> Истец исходит из «обещанной» заработной платы [сумма] рублей, ссылаясь на [объявление о вакансии / устные договорённости / выписки о «неофициальных» переводах]. Однако размер заработной платы определяется трудовым договором и локальными актами, а объявление о вакансии и переводы от физических лиц [не являющихся работодателем] не доказывают обязательства ответчика выплачивать иную сумму.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Переменная часть (премии) не является гарантированной.</w:t>
      </w:r>
      <w:r>
        <w:rPr>
          <w:rFonts w:ascii="Times New Roman" w:hAnsi="Times New Roman"/>
          <w:b w:val="0"/>
          <w:i w:val="0"/>
          <w:sz w:val="24"/>
        </w:rPr>
        <w:t xml:space="preserve"> [Премия по положению о премировании выплачивается по решению руководителя при выполнении показателей — см. отзыв по требованию о премии; в спорный период показатели не выполнены.]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Истец узнал о нарушении своего права с даты, когда заработная плата за каждый месяц должна была быть выплачена, а обратился в суд лишь «[дата]», то есть по истечении одного года.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за задержку рассчитана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236 ТК РФ: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Компенсация начисляется на суммы, которые были начислены, но не выплачены в срок, и только за дни фактической задержки. Истец [начислил компенсацию на спорные «неофициальные» суммы / не учёл дату выплаты [сумма] рублей «[дата]»]. Контррасчёт прилагается: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выплаты и окончательный расчёт.</w:t>
      </w:r>
      <w:r>
        <w:rPr>
          <w:rFonts w:ascii="Times New Roman" w:hAnsi="Times New Roman"/>
          <w:b w:val="0"/>
          <w:i w:val="0"/>
          <w:sz w:val="24"/>
        </w:rPr>
        <w:t xml:space="preserve"> [Если истец уволен:] Частью первой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Расчёт произведён «[дата]» в день увольнения; при споре о размере работодатель выплатил неоспариваемую сумму (часть вторая статьи 140 ТК РФ: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135, 136, 140, 236, 237,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[Вариант 1:] Отказать в удовлетворении исковых требований в полном объёме. [Вариант 2:] Взыскать задолженность в признаваемой ответчиком сумме [сумма] рублей и компенсацию по статье 236 ТК РФ по контррасчёту [сумма] рублей; в остальной части отказать.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Применить последствия пропуска срока обращения в суд к требованиям за период до «[дата]» (часть вторая статьи 392 ТК РФ).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Трудовой договор, дополнительные соглашения, положение об оплате труда и премировании.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Расчётные листки, платёжные ведомости, платёжные поручения за спорный период.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Табели учёта рабочего времени.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Контррасчёт задолженности и компенсации по статье 236 ТК РФ.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Опирайтесь на документы: трудовой договор, расчётные листки, платёжки. Суд взыскивает «серую» зарплату только при убедительных доказательствах её систематической выплаты именно работодателем.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долг есть, признайте неоспариваемую часть и погасите её до заседания — это снизит компенсацию по ст. 236 ТК РФ и моральный вред.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один год со дня установленного срока выплаты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