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которому вменяется распространение сведений</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защите чести, достоинства и деловой репутации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 соответствующими действительности и порочащими честь, достоинство и деловую репутацию истца сведений, распространённых, по утверждению истца, ответчиком «[дата]» [способ], об обязании их опровергнуть, о компенсации морального вреда и взыскании судебной неустойки.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должен доказать распространение именно ответчиком и порочащий характер сведений.</w:t>
      </w:r>
      <w:r>
        <w:rPr>
          <w:rFonts w:ascii="Times New Roman" w:hAnsi="Times New Roman"/>
          <w:b w:val="0"/>
          <w:i w:val="0"/>
          <w:sz w:val="24"/>
        </w:rPr>
        <w:t xml:space="preserve"> В пункте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разъяснено: «По делам данной категории необходимо иметь в виду, что обстоятельствами, имеющими в силу статьи 152 Гражданского кодекса Российской Федерации значение для дела, которые должны быть определены судьей при принятии искового заявления и подготовке дела к судебному разбирательству, а также в ходе судебного разбирательства,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Сообщение таких сведений лицу, которого они касаются, не может признаваться их распространением, если лицом, сообщившим данные сведения, были приняты достаточные меры конфиденциальности, с тем, чтобы они не стали известными третьим лицам.» В пункте 9 того же постановления: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w:t>
      </w:r>
    </w:p>
    <w:p>
      <w:pPr>
        <w:spacing w:after="120" w:line="276" w:lineRule="auto"/>
        <w:ind w:firstLine="709"/>
        <w:jc w:val="both"/>
      </w:pPr>
      <w:r>
        <w:rPr>
          <w:rFonts w:ascii="Times New Roman" w:hAnsi="Times New Roman"/>
          <w:b/>
          <w:i w:val="0"/>
          <w:sz w:val="24"/>
        </w:rPr>
        <w:t>Ответчик сведения не распространял [или сообщил их только самому истцу].</w:t>
      </w:r>
      <w:r>
        <w:rPr>
          <w:rFonts w:ascii="Times New Roman" w:hAnsi="Times New Roman"/>
          <w:b w:val="0"/>
          <w:i w:val="0"/>
          <w:sz w:val="24"/>
        </w:rPr>
        <w:t xml:space="preserve"> [Фраза была сказана ответчиком истцу лично, без третьих лиц / в личной переписке с истцом.] Сообщение сведений лицу, которого они касаются, при принятых мерах конфиденциальности распространением не является — это прямо следует из абзаца второго пункта 7 постановления Пленума № 3; ответчик [говорил наедине / писал в личные сообщения, недоступные третьим лицам]. [Свидетель [Ф. И. О.], на которого ссылается истец, при разговоре не присутствовал / является родственником истца и находится с ответчиком в конфликте.]</w:t>
      </w:r>
    </w:p>
    <w:p>
      <w:pPr>
        <w:spacing w:after="120" w:line="276" w:lineRule="auto"/>
        <w:ind w:firstLine="709"/>
        <w:jc w:val="both"/>
      </w:pPr>
      <w:r>
        <w:rPr>
          <w:rFonts w:ascii="Times New Roman" w:hAnsi="Times New Roman"/>
          <w:b/>
          <w:i w:val="0"/>
          <w:sz w:val="24"/>
        </w:rPr>
        <w:t>Оспариваемые высказывания — оценочное мнение, а не утверждение о фактах.</w:t>
      </w:r>
      <w:r>
        <w:rPr>
          <w:rFonts w:ascii="Times New Roman" w:hAnsi="Times New Roman"/>
          <w:b w:val="0"/>
          <w:i w:val="0"/>
          <w:sz w:val="24"/>
        </w:rPr>
        <w:t xml:space="preserve"> Частью 1 статьи 29 Конституции РФ гарантировано: «Каждому гарантируется свобода мысли и слова.» В пункте 9 постановления Пленума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на которые ссылается истец, [«__», «__»], выражают субъективную оценку ответчиком [качества услуг истца / его поведения / ситуации] и не могут быть проверены на соответствие действительности; они не содержат утверждений о совершении истцом конкретных действий в конкретное время. Такие суждения не являются предметом защиты по статье 152 ГК РФ.</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В пункте 7 постановления Пленума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 Изложенные ответчиком факты [имели место: подтверждаются [договором, перепиской, актом, видеозаписью, показаниями свидетелей, решением суда по делу № __, постановлением [органа] от «[дата]»]]. Поскольку сведения правдивы, требования об опровержении и компенсации морального вреда по статье 152 ГК РФ удовлетворены быть не могут.</w:t>
      </w:r>
    </w:p>
    <w:p>
      <w:pPr>
        <w:spacing w:after="120" w:line="276" w:lineRule="auto"/>
        <w:ind w:firstLine="709"/>
        <w:jc w:val="both"/>
      </w:pPr>
      <w:r>
        <w:rPr>
          <w:rFonts w:ascii="Times New Roman" w:hAnsi="Times New Roman"/>
          <w:b/>
          <w:i w:val="0"/>
          <w:sz w:val="24"/>
        </w:rPr>
        <w:t>Сведения не порочат истца.</w:t>
      </w:r>
      <w:r>
        <w:rPr>
          <w:rFonts w:ascii="Times New Roman" w:hAnsi="Times New Roman"/>
          <w:b w:val="0"/>
          <w:i w:val="0"/>
          <w:sz w:val="24"/>
        </w:rPr>
        <w:t xml:space="preserve"> В пункте 7 постановления Пленума № 3: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Высказывание [«__»] не содержит утверждений о нарушении истцом закона, нечестном или неэтичном поступке; [это констатация того, что истец [не вернул долг / не выполнил обещание], что само по себе не умаляет его честь].</w:t>
      </w:r>
    </w:p>
    <w:p>
      <w:pPr>
        <w:spacing w:after="120" w:line="276" w:lineRule="auto"/>
        <w:ind w:firstLine="709"/>
        <w:jc w:val="both"/>
      </w:pPr>
      <w:r>
        <w:rPr>
          <w:rFonts w:ascii="Times New Roman" w:hAnsi="Times New Roman"/>
          <w:b/>
          <w:i w:val="0"/>
          <w:sz w:val="24"/>
        </w:rPr>
        <w:t>[Если сведения изложены в обращении в госорган.] Реализация права на обращение не может быть основанием иска.</w:t>
      </w:r>
      <w:r>
        <w:rPr>
          <w:rFonts w:ascii="Times New Roman" w:hAnsi="Times New Roman"/>
          <w:b w:val="0"/>
          <w:i w:val="0"/>
          <w:sz w:val="24"/>
        </w:rPr>
        <w:t xml:space="preserve"> В пункте 10 постановления Пленума № 3: «Статьей 33 Конституции Российской Федерации закреплено право граждан направлять личные обращения в государственные органы и органы местного самоуправления, которые в пределах своей компетенции обязаны рассматривать эти обращения, принимать по ним решения и давать мотивированный ответ в установленный законом срок.» «Судам необходимо иметь в виду, что в случае, когда гражданин обращается в названные органы с заявлением, в котором приводит те или иные сведения (например, в правоохранительные органы с сообщением о предполагаемом, по его мнению, или совершенном либо готовящемся преступлении), но эти сведения в ходе их проверки не нашли подтверждения, данное обстоятельство само по себе не может служить основанием для привлечения этого лица к гражданско-правовой ответственности, предусмотренной статьей 152 Гражданского кодекса Российской Федерации, поскольку в указанном случае имела место реализация гражданином конституционного права на обращение в органы, которые в силу закона обязаны проверять поступившую информацию, а не распространение не соответствующих действительности порочащих сведений.» «Такие требования могут быть удовлетворены лишь в случае, если при рассмотрении дела суд установит, что обращение в указанные органы не имело под собой никаких оснований и продиктовано не намерением исполнить свой гражданский долг или защитить права и охраняемые законом интересы, а исключительно намерением причинить вред другому лицу, то есть имело место злоупотребление правом (пункты 1 и 2 ст. 10 Гражданского кодекса Российской Федерации).» Ответчик обратился в [полицию / прокуратуру / к работодателю истца] в связи с [__], добросовестно полагая, что его права нарушены; [по обращению проведена проверка, вынесено [постановление / представление]].</w:t>
      </w:r>
    </w:p>
    <w:p>
      <w:pPr>
        <w:spacing w:after="120" w:line="276" w:lineRule="auto"/>
        <w:ind w:firstLine="709"/>
        <w:jc w:val="both"/>
      </w:pPr>
      <w:r>
        <w:rPr>
          <w:rFonts w:ascii="Times New Roman" w:hAnsi="Times New Roman"/>
          <w:b/>
          <w:i w:val="0"/>
          <w:sz w:val="24"/>
        </w:rPr>
        <w:t>Требуемый способ опровержения не соответствует закону.</w:t>
      </w:r>
      <w:r>
        <w:rPr>
          <w:rFonts w:ascii="Times New Roman" w:hAnsi="Times New Roman"/>
          <w:b w:val="0"/>
          <w:i w:val="0"/>
          <w:sz w:val="24"/>
        </w:rPr>
        <w:t xml:space="preserve"> Пунктом 1 статьи 152 ГК РФ: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Пунктом 6: «Порядок опровержения сведений, порочащих честь, достоинство или деловую репутацию гражданина, в иных случаях, кроме указанных в пунктах 2 - 5 настоящей статьи, устанавливается судом.» Истец требует [публикации опровержения в газете / на сайте], хотя сведения, по его же утверждению, были сказаны устно на [собрании из [__] человек]; предложенный текст опровержения содержит оценки и выходит за пределы спорных фраз.</w:t>
      </w:r>
    </w:p>
    <w:p>
      <w:pPr>
        <w:spacing w:after="120" w:line="276" w:lineRule="auto"/>
        <w:ind w:firstLine="709"/>
        <w:jc w:val="both"/>
      </w:pPr>
      <w:r>
        <w:rPr>
          <w:rFonts w:ascii="Times New Roman" w:hAnsi="Times New Roman"/>
          <w:b/>
          <w:i w:val="0"/>
          <w:sz w:val="24"/>
        </w:rPr>
        <w:t>Судебная неустойка несоразмерна.</w:t>
      </w:r>
      <w:r>
        <w:rPr>
          <w:rFonts w:ascii="Times New Roman" w:hAnsi="Times New Roman"/>
          <w:b w:val="0"/>
          <w:i w:val="0"/>
          <w:sz w:val="24"/>
        </w:rPr>
        <w:t xml:space="preserve">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[При удовлетворении иска ответчик просит установить разумный срок исполнения и неустойку не более [сумма] рублей в день.]</w:t>
      </w:r>
    </w:p>
    <w:p>
      <w:pPr>
        <w:spacing w:after="120" w:line="276" w:lineRule="auto"/>
        <w:ind w:firstLine="709"/>
        <w:jc w:val="both"/>
      </w:pPr>
      <w:r>
        <w:rPr>
          <w:rFonts w:ascii="Times New Roman" w:hAnsi="Times New Roman"/>
          <w:b/>
          <w:i w:val="0"/>
          <w:sz w:val="24"/>
        </w:rPr>
        <w:t>Поведение истца является злоупотреблением правом.</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силу пункта 2 той же статьи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 5 статьи 10 ГК РФ предполагает добросовестность участников оборота: «Добросовестность участников гражданских правоотношений и разумность их действий предполагаются.» [Иск предъявлен в ответ на [обращение ответчика в полицию / иск ответчика о взыскании долга] с целью оказать давление на ответчика.]</w:t>
      </w:r>
    </w:p>
    <w:p>
      <w:pPr>
        <w:spacing w:after="120" w:line="276" w:lineRule="auto"/>
        <w:ind w:firstLine="709"/>
        <w:jc w:val="both"/>
      </w:pPr>
      <w:r>
        <w:rPr>
          <w:rFonts w:ascii="Times New Roman" w:hAnsi="Times New Roman"/>
          <w:b/>
          <w:i w:val="0"/>
          <w:sz w:val="24"/>
        </w:rPr>
        <w:t>Лингвистическая экспертиза — с вопросами ответчика.</w:t>
      </w:r>
      <w:r>
        <w:rPr>
          <w:rFonts w:ascii="Times New Roman" w:hAnsi="Times New Roman"/>
          <w:b w:val="0"/>
          <w:i w:val="0"/>
          <w:sz w:val="24"/>
        </w:rPr>
        <w:t xml:space="preserve">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поставить вопросы: является ли каждое из спорных высказываний утверждением о фактах, которое можно проверить, или оценочным суждением, мнением; содержит ли оно негативные сведения именно об истце; выражено ли оно в неприличной форме. Заключение специалиста, представленное истцом и полученное без участия ответчика, судебной экспертизой не является.</w:t>
      </w:r>
    </w:p>
    <w:p>
      <w:pPr>
        <w:spacing w:after="120" w:line="276" w:lineRule="auto"/>
        <w:ind w:firstLine="709"/>
        <w:jc w:val="both"/>
      </w:pPr>
      <w:r>
        <w:rPr>
          <w:rFonts w:ascii="Times New Roman" w:hAnsi="Times New Roman"/>
          <w:b/>
          <w:i w:val="0"/>
          <w:sz w:val="24"/>
        </w:rPr>
        <w:t>Размер компенсации морального вреда завышен.</w:t>
      </w:r>
      <w:r>
        <w:rPr>
          <w:rFonts w:ascii="Times New Roman" w:hAnsi="Times New Roman"/>
          <w:b w:val="0"/>
          <w:i w:val="0"/>
          <w:sz w:val="24"/>
        </w:rPr>
        <w:t xml:space="preserve">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Истец не представил доказательств физических или нравственных страданий [обращения к врачу, ухудшения здоровья, последствий в работе]; [сведения стали известны узкому кругу лиц — [__] читателей, публикация удалена «[дата]»]; ответчик [не имеет постоянного дохода / имеет на иждивении [__]]. Заявленная сумма [сумма] рублей не отвечает требованиям разумности и справедливости.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151, 152, 308.3, 1101 ГК РФ, статьёй 29 Конституции РФ, постановлением Пленума ВС РФ № 3,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защите чести, достоинства и деловой репутации, опровержении сведений, компенсации морального вреда и взыскании судебной неустойки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судебную лингвистическую экспертизу с вопросами ответчика, указанными в отзыве.</w:t>
      </w:r>
    </w:p>
    <w:p>
      <w:pPr>
        <w:spacing w:after="120" w:line="276" w:lineRule="auto"/>
        <w:ind w:firstLine="709"/>
        <w:jc w:val="both"/>
      </w:pPr>
      <w:r>
        <w:rPr>
          <w:rFonts w:ascii="Times New Roman" w:hAnsi="Times New Roman"/>
          <w:b w:val="0"/>
          <w:i w:val="0"/>
          <w:sz w:val="24"/>
        </w:rPr>
        <w:t>3. [Альтернативно:] Снизить компенсацию морального вреда до [сумма] рублей; определить способ опровержения, соответствующий способу распространения.</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Доказательства соответствия сведений действительности (документы, переписка, решения, постановления).</w:t>
      </w:r>
    </w:p>
    <w:p>
      <w:pPr>
        <w:spacing w:after="40" w:line="276" w:lineRule="auto"/>
        <w:jc w:val="left"/>
      </w:pPr>
      <w:r>
        <w:rPr>
          <w:rFonts w:ascii="Times New Roman" w:hAnsi="Times New Roman"/>
          <w:b w:val="0"/>
          <w:i w:val="0"/>
          <w:sz w:val="24"/>
        </w:rPr>
        <w:t>3. Обращение ответчика в государственный орган и результаты проверки [если есть].</w:t>
      </w:r>
    </w:p>
    <w:p>
      <w:pPr>
        <w:spacing w:after="40" w:line="276" w:lineRule="auto"/>
        <w:jc w:val="left"/>
      </w:pPr>
      <w:r>
        <w:rPr>
          <w:rFonts w:ascii="Times New Roman" w:hAnsi="Times New Roman"/>
          <w:b w:val="0"/>
          <w:i w:val="0"/>
          <w:sz w:val="24"/>
        </w:rPr>
        <w:t>4. Заявление о допросе свидетелей ответчика.</w:t>
      </w:r>
    </w:p>
    <w:p>
      <w:pPr>
        <w:spacing w:after="40" w:line="276" w:lineRule="auto"/>
        <w:jc w:val="left"/>
      </w:pPr>
      <w:r>
        <w:rPr>
          <w:rFonts w:ascii="Times New Roman" w:hAnsi="Times New Roman"/>
          <w:b w:val="0"/>
          <w:i w:val="0"/>
          <w:sz w:val="24"/>
        </w:rPr>
        <w:t>5. Ходатайство о назначении лингвистической экспертизы с вопросами.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Три главных линии защиты: (1) факт распространения именно вами третьим лицам не доказан; (2) это мнение, а не утверждение о факте (п. 9 Пленума № 3); (3) сведения правдивы — бремя доказать это на вас, соберите документы заранее.</w:t>
      </w:r>
    </w:p>
    <w:p>
      <w:pPr>
        <w:spacing w:after="40" w:line="276" w:lineRule="auto"/>
        <w:jc w:val="both"/>
      </w:pPr>
      <w:r>
        <w:rPr>
          <w:rFonts w:ascii="Times New Roman" w:hAnsi="Times New Roman"/>
          <w:b w:val="0"/>
          <w:i/>
          <w:sz w:val="24"/>
        </w:rPr>
        <w:t>— Обращение в полицию, прокуратуру или к работодателю, даже если факты не подтвердились, не влечёт ответственности, если оно не было продиктовано исключительно намерением причинить вред (п. 10 Пленума № 3).</w:t>
      </w:r>
    </w:p>
    <w:p>
      <w:pPr>
        <w:spacing w:after="40" w:line="276" w:lineRule="auto"/>
        <w:jc w:val="both"/>
      </w:pPr>
      <w:r>
        <w:rPr>
          <w:rFonts w:ascii="Times New Roman" w:hAnsi="Times New Roman"/>
          <w:b w:val="0"/>
          <w:i/>
          <w:sz w:val="24"/>
        </w:rPr>
        <w:t>— Исковая давность к защите чести не применяется (кроме сведений в СМИ — один год).</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