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заявитель (член семьи / орган опеки / медицинская организация)</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гражданин, в отношении которого подано заявление [или его родственник]</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ЗАИНТЕРЕСОВАННОГО ЛИЦА НА ЗАЯВЛЕНИЕ</w:t>
      </w:r>
    </w:p>
    <w:p>
      <w:pPr>
        <w:spacing w:after="240" w:line="276" w:lineRule="auto"/>
        <w:jc w:val="center"/>
      </w:pPr>
      <w:r>
        <w:rPr>
          <w:rFonts w:ascii="Times New Roman" w:hAnsi="Times New Roman"/>
          <w:b/>
          <w:i w:val="0"/>
          <w:sz w:val="24"/>
        </w:rPr>
        <w:t>о признании гражданина недееспособным</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заявлению [Ф. И. О. заявителя] о признании [Ф. И. О.], «[дата рождения]» года рождения, недееспособным вследствие психического расстройства. [Ф. И. О.] привлечён(а) к участию в деле в качестве заинтересованного лица. Заинтересованное лицо с заявлением не согласно по основаниям, изложенным ниже.</w:t>
      </w:r>
    </w:p>
    <w:p>
      <w:pPr>
        <w:spacing w:after="120" w:line="276" w:lineRule="auto"/>
        <w:ind w:firstLine="709"/>
        <w:jc w:val="both"/>
      </w:pPr>
      <w:r>
        <w:rPr>
          <w:rFonts w:ascii="Times New Roman" w:hAnsi="Times New Roman"/>
          <w:b/>
          <w:i w:val="0"/>
          <w:sz w:val="24"/>
        </w:rPr>
        <w:t>Дела особого производства рассматриваются по общим правилам о доказывании.</w:t>
      </w:r>
      <w:r>
        <w:rPr>
          <w:rFonts w:ascii="Times New Roman" w:hAnsi="Times New Roman"/>
          <w:b w:val="0"/>
          <w:i w:val="0"/>
          <w:sz w:val="24"/>
        </w:rPr>
        <w:t xml:space="preserve"> Частью 1 статьи 263 ГПК РФ установлено: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Обстоятельства, на которые ссылается заявитель, должны быть подтверждены допустимыми и достоверными доказательствами.</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Недееспособным может быть признан лишь гражданин, который не может понимать значения своих действий или руководить ими.</w:t>
      </w:r>
      <w:r>
        <w:rPr>
          <w:rFonts w:ascii="Times New Roman" w:hAnsi="Times New Roman"/>
          <w:b w:val="0"/>
          <w:i w:val="0"/>
          <w:sz w:val="24"/>
        </w:rPr>
        <w:t xml:space="preserve"> Пунктом 1 статьи 29 ГК РФ установлено: «Гражданин, который вследствие психического расстройства не может понимать значения своих действий или руководить ими, может быть признан судом недееспособным в порядке, установленном гражданским процессуальным законодательством. Над ним устанавливается опека.» [Я самостоятельно проживаю, обслуживаю себя, оплачиваю коммунальные услуги, распоряжаюсь пенсией, понимаю значение своих действий; на учёте у психиатра [не состою / состою с диагнозом, не влияющим на способность понимать значение действий].] Возраст, отдельные заболевания, забывчивость и конфликтность сами по себе основанием для признания недееспособным не являются.</w:t>
      </w:r>
    </w:p>
    <w:p>
      <w:pPr>
        <w:spacing w:after="120" w:line="276" w:lineRule="auto"/>
        <w:ind w:firstLine="709"/>
        <w:jc w:val="both"/>
      </w:pPr>
      <w:r>
        <w:rPr>
          <w:rFonts w:ascii="Times New Roman" w:hAnsi="Times New Roman"/>
          <w:b/>
          <w:i w:val="0"/>
          <w:sz w:val="24"/>
        </w:rPr>
        <w:t>Заявление не содержит обстоятельств, требуемых законом.</w:t>
      </w:r>
      <w:r>
        <w:rPr>
          <w:rFonts w:ascii="Times New Roman" w:hAnsi="Times New Roman"/>
          <w:b w:val="0"/>
          <w:i w:val="0"/>
          <w:sz w:val="24"/>
        </w:rPr>
        <w:t xml:space="preserve"> Частью 2 статьи 282 ГПК РФ: «В заявлении о признании гражданина недееспособным должны быть изложены обстоятельства, свидетельствующие о наличии у гражданина психического расстройства, вследствие чего он не может понимать значение своих действий или руководить ими.» Заявитель ссылается лишь на [ссоры, нежелание общаться с ним, продажу имущества по своему усмотрению], а не на психическое расстройство, лишающее меня способности понимать значение своих действий.</w:t>
      </w:r>
    </w:p>
    <w:p>
      <w:pPr>
        <w:spacing w:after="120" w:line="276" w:lineRule="auto"/>
        <w:ind w:firstLine="709"/>
        <w:jc w:val="both"/>
      </w:pPr>
      <w:r>
        <w:rPr>
          <w:rFonts w:ascii="Times New Roman" w:hAnsi="Times New Roman"/>
          <w:b/>
          <w:i w:val="0"/>
          <w:sz w:val="24"/>
        </w:rPr>
        <w:t>Истинная цель заявителя — получить контроль над имуществом.</w:t>
      </w:r>
      <w:r>
        <w:rPr>
          <w:rFonts w:ascii="Times New Roman" w:hAnsi="Times New Roman"/>
          <w:b w:val="0"/>
          <w:i w:val="0"/>
          <w:sz w:val="24"/>
        </w:rPr>
        <w:t xml:space="preserve"> [Заявитель обратился в суд после того, как я [отказался переоформить на него квартиру / составил завещание в пользу [__] / заключил договор дарения].] Признание недееспособным используется как средство давления, что недопустимо (пункт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pPr>
        <w:spacing w:after="120" w:line="276" w:lineRule="auto"/>
        <w:ind w:firstLine="709"/>
        <w:jc w:val="both"/>
      </w:pPr>
      <w:r>
        <w:rPr>
          <w:rFonts w:ascii="Times New Roman" w:hAnsi="Times New Roman"/>
          <w:b/>
          <w:i w:val="0"/>
          <w:sz w:val="24"/>
        </w:rPr>
        <w:t>Экспертиза должна быть независимой и полной.</w:t>
      </w:r>
      <w:r>
        <w:rPr>
          <w:rFonts w:ascii="Times New Roman" w:hAnsi="Times New Roman"/>
          <w:b w:val="0"/>
          <w:i w:val="0"/>
          <w:sz w:val="24"/>
        </w:rPr>
        <w:t xml:space="preserve"> Статьёй 283 ГПК РФ: «Судья в порядке подготовки к судебному разбирательству дела о признании гражданина недееспособным при наличии достаточных данных о психическом расстройстве гражданина назначает для определения его психического состояния судебно-психиатрическую экспертизу. При явном уклонении гражданина, в отношении которого возбуждено дело, от прохождения экспертизы суд в судебном заседании с участием прокурора и психиатра может вынести определение о принудительном направлении гражданина на судебно-психиатрическую экспертизу.» Прошу поручить экспертизу [государственному судебно-психиатрическому учреждению [наименование]], а не учреждению, где я наблюдаюсь по направлению заявителя; поставить вопрос не только о наличии расстройства, но и о том, может ли оно лишить меня способности понимать значение своих действий или руководить ими, а также о возможности понимать их при помощи других лиц. Медицинские документы, представленные заявителем, экспертизой не являются.</w:t>
      </w:r>
    </w:p>
    <w:p>
      <w:pPr>
        <w:spacing w:after="120" w:line="276" w:lineRule="auto"/>
        <w:ind w:firstLine="709"/>
        <w:jc w:val="both"/>
      </w:pPr>
      <w:r>
        <w:rPr>
          <w:rFonts w:ascii="Times New Roman" w:hAnsi="Times New Roman"/>
          <w:b/>
          <w:i w:val="0"/>
          <w:sz w:val="24"/>
        </w:rPr>
        <w:t>[Альтернативно] Достаточна менее строгая мера.</w:t>
      </w:r>
      <w:r>
        <w:rPr>
          <w:rFonts w:ascii="Times New Roman" w:hAnsi="Times New Roman"/>
          <w:b w:val="0"/>
          <w:i w:val="0"/>
          <w:sz w:val="24"/>
        </w:rPr>
        <w:t xml:space="preserve"> Абзацем первым пункта 2 статьи 30 ГК РФ: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порядке, установленном гражданским процессуальным законодательством. Над ним устанавливается попечительство.» [Если эксперты придут к выводу, что я могу понимать значение своих действий при помощи других лиц, суд вправе только ограничить дееспособность, сохранив за мной право совершать мелкие бытовые сделки и участвовать в решении своих дел.]</w:t>
      </w:r>
    </w:p>
    <w:p>
      <w:pPr>
        <w:spacing w:after="120" w:line="276" w:lineRule="auto"/>
        <w:ind w:firstLine="709"/>
        <w:jc w:val="both"/>
      </w:pPr>
      <w:r>
        <w:rPr>
          <w:rFonts w:ascii="Times New Roman" w:hAnsi="Times New Roman"/>
          <w:b/>
          <w:i w:val="0"/>
          <w:sz w:val="24"/>
        </w:rPr>
        <w:t>Моё право участвовать в деле лично.</w:t>
      </w:r>
      <w:r>
        <w:rPr>
          <w:rFonts w:ascii="Times New Roman" w:hAnsi="Times New Roman"/>
          <w:b w:val="0"/>
          <w:i w:val="0"/>
          <w:sz w:val="24"/>
        </w:rPr>
        <w:t xml:space="preserve"> Частью 1 статьи 284 ГПК РФ: «Заявление об ограничении дееспособности гражданина,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 заработком, стипендией или иными доходами суд рассматривает с участием самого гражданина, заявителя, прокурора, представителя органа опеки и попечительства. Гражданин, в отношении которого рассматривается дело о признании его недееспособным, должен быть вызван в судебное заседание, если его присутствие в судебном заседании не создает опасности для его жизни или здоровья либо для жизни или здоровья окружающих, для предоставления ему судом возможности изложить свою позицию лично либо через выбранных им представителей.» «В случае, если личное участие гражданина в проводимом в помещении суда судебном заседании по делу о признании гражданина недееспособным создает опасность для его жизни или здоровья либо для жизни или здоровья окружающих, данное дело рассматривается судом по месту нахождения гражданина, в том числе в медицинской организации, оказывающей психиатрическую помощь в стационарных условиях, или стационарной организации социального обслуживания, предназначенной для лиц, страдающих психическими расстройствами, с участием самого гражданина.» Прошу рассмотреть дело с моим личным участием и с участием выбранного мною представителя [Ф. И. О., адвокат].</w:t>
      </w:r>
    </w:p>
    <w:p>
      <w:pPr>
        <w:spacing w:after="120" w:line="276" w:lineRule="auto"/>
        <w:ind w:firstLine="709"/>
        <w:jc w:val="both"/>
      </w:pPr>
      <w:r>
        <w:rPr>
          <w:rFonts w:ascii="Times New Roman" w:hAnsi="Times New Roman"/>
          <w:b/>
          <w:i w:val="0"/>
          <w:sz w:val="24"/>
        </w:rPr>
        <w:t>[Если заявитель действует недобросовестно.] Издержки должны быть возложены на заявителя.</w:t>
      </w:r>
      <w:r>
        <w:rPr>
          <w:rFonts w:ascii="Times New Roman" w:hAnsi="Times New Roman"/>
          <w:b w:val="0"/>
          <w:i w:val="0"/>
          <w:sz w:val="24"/>
        </w:rPr>
        <w:t xml:space="preserve"> Частью 2 статьи 284 ГПК РФ: «Заявитель освобождается от уплаты издержек, связанных с рассмотрением заявления об ограничении гражданина в дееспособности, о признании гражданина недееспособным, об ограничении или о лишении несовершеннолетнего в возрасте от четырнадцати до восемнадцати лет права самостоятельно распоряжаться своими доходами. Суд, установив, что лицо, подавшее заявление, действовало недобросовестно в целях заведомо необоснованного ограничения или лишения дееспособности гражданина, взыскивает с такого лица все издержки, связанные с рассмотрением дела.»</w:t>
      </w:r>
    </w:p>
    <w:p>
      <w:pPr>
        <w:spacing w:after="120" w:line="276" w:lineRule="auto"/>
        <w:ind w:firstLine="709"/>
        <w:jc w:val="both"/>
      </w:pPr>
      <w:r>
        <w:rPr>
          <w:rFonts w:ascii="Times New Roman" w:hAnsi="Times New Roman"/>
          <w:b/>
          <w:i w:val="0"/>
          <w:sz w:val="24"/>
        </w:rPr>
        <w:t>Последствия решения затрагивают все мои права.</w:t>
      </w:r>
      <w:r>
        <w:rPr>
          <w:rFonts w:ascii="Times New Roman" w:hAnsi="Times New Roman"/>
          <w:b w:val="0"/>
          <w:i w:val="0"/>
          <w:sz w:val="24"/>
        </w:rPr>
        <w:t xml:space="preserve"> Частью 2 статьи 285 ГПК РФ: «Решение суда, которым гражданин признан недееспособным, является основанием для назначения ему опекуна органом опеки и попечительства.» Пунктом 2 статьи 29 ГК РФ сделки от имени недееспособного совершает опекун: «От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 [Я возражаю против назначения опекуном заявителя, с которым у меня [конфликт / имущественный спор].]</w:t>
      </w:r>
    </w:p>
    <w:p>
      <w:pPr>
        <w:spacing w:after="120" w:line="276" w:lineRule="auto"/>
        <w:ind w:firstLine="709"/>
        <w:jc w:val="both"/>
      </w:pPr>
      <w:r>
        <w:rPr>
          <w:rFonts w:ascii="Times New Roman" w:hAnsi="Times New Roman"/>
          <w:b/>
          <w:i w:val="0"/>
          <w:sz w:val="24"/>
        </w:rPr>
        <w:t>Доказательства заявителя недостаточны.</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Показания свидетелей-родственников, копии документов и справки, выданные без ссылки на первичные записи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29, 30 ГК РФ, статьями 263, 282–285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заявителя] в удовлетворении заявления о признании меня недееспособным.</w:t>
      </w:r>
    </w:p>
    <w:p>
      <w:pPr>
        <w:spacing w:after="120" w:line="276" w:lineRule="auto"/>
        <w:ind w:firstLine="709"/>
        <w:jc w:val="both"/>
      </w:pPr>
      <w:r>
        <w:rPr>
          <w:rFonts w:ascii="Times New Roman" w:hAnsi="Times New Roman"/>
          <w:b w:val="0"/>
          <w:i w:val="0"/>
          <w:sz w:val="24"/>
        </w:rPr>
        <w:t>2. Поручить судебно-психиатрическую экспертизу [наименование учреждения], поставив вопросы, указанные в отзыве.</w:t>
      </w:r>
    </w:p>
    <w:p>
      <w:pPr>
        <w:spacing w:after="120" w:line="276" w:lineRule="auto"/>
        <w:ind w:firstLine="709"/>
        <w:jc w:val="both"/>
      </w:pPr>
      <w:r>
        <w:rPr>
          <w:rFonts w:ascii="Times New Roman" w:hAnsi="Times New Roman"/>
          <w:b w:val="0"/>
          <w:i w:val="0"/>
          <w:sz w:val="24"/>
        </w:rPr>
        <w:t>3. Рассмотреть дело с моим личным участием и с участием моего представителя.</w:t>
      </w:r>
    </w:p>
    <w:p>
      <w:pPr>
        <w:spacing w:after="120" w:line="276" w:lineRule="auto"/>
        <w:ind w:firstLine="709"/>
        <w:jc w:val="both"/>
      </w:pPr>
      <w:r>
        <w:rPr>
          <w:rFonts w:ascii="Times New Roman" w:hAnsi="Times New Roman"/>
          <w:b w:val="0"/>
          <w:i w:val="0"/>
          <w:sz w:val="24"/>
        </w:rPr>
        <w:t>4. [Если заявление подано недобросовестно:] Взыскать с заявителя издержки, связанные с рассмотрением дела (ч. 2 ст. 284 ГПК РФ).</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заявителю и другим лицам, участвующим в деле.</w:t>
      </w:r>
    </w:p>
    <w:p>
      <w:pPr>
        <w:spacing w:after="40" w:line="276" w:lineRule="auto"/>
        <w:jc w:val="left"/>
      </w:pPr>
      <w:r>
        <w:rPr>
          <w:rFonts w:ascii="Times New Roman" w:hAnsi="Times New Roman"/>
          <w:b w:val="0"/>
          <w:i w:val="0"/>
          <w:sz w:val="24"/>
        </w:rPr>
        <w:t>2. Справки о том, что гражданин не состоит на психиатрическом учёте / медицинские документы.</w:t>
      </w:r>
    </w:p>
    <w:p>
      <w:pPr>
        <w:spacing w:after="40" w:line="276" w:lineRule="auto"/>
        <w:jc w:val="left"/>
      </w:pPr>
      <w:r>
        <w:rPr>
          <w:rFonts w:ascii="Times New Roman" w:hAnsi="Times New Roman"/>
          <w:b w:val="0"/>
          <w:i w:val="0"/>
          <w:sz w:val="24"/>
        </w:rPr>
        <w:t>3. Характеристики с места жительства, работы, от соседей; документы о самостоятельном ведении хозяйства.</w:t>
      </w:r>
    </w:p>
    <w:p>
      <w:pPr>
        <w:spacing w:after="40" w:line="276" w:lineRule="auto"/>
        <w:jc w:val="left"/>
      </w:pPr>
      <w:r>
        <w:rPr>
          <w:rFonts w:ascii="Times New Roman" w:hAnsi="Times New Roman"/>
          <w:b w:val="0"/>
          <w:i w:val="0"/>
          <w:sz w:val="24"/>
        </w:rPr>
        <w:t>4. Доказательства имущественного конфликта с заявителем.</w:t>
      </w:r>
    </w:p>
    <w:p>
      <w:pPr>
        <w:spacing w:after="40" w:line="276" w:lineRule="auto"/>
        <w:jc w:val="left"/>
      </w:pPr>
      <w:r>
        <w:rPr>
          <w:rFonts w:ascii="Times New Roman" w:hAnsi="Times New Roman"/>
          <w:b w:val="0"/>
          <w:i w:val="0"/>
          <w:sz w:val="24"/>
        </w:rPr>
        <w:t>5. Соглашение (доверенность) с представителем.</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Отзыв написан от имени самого гражданина. Он вправе участвовать в деле лично, иметь своего представителя и обжаловать решение (ст. 284 ГПК РФ).</w:t>
      </w:r>
    </w:p>
    <w:p>
      <w:pPr>
        <w:spacing w:after="40" w:line="276" w:lineRule="auto"/>
        <w:jc w:val="both"/>
      </w:pPr>
      <w:r>
        <w:rPr>
          <w:rFonts w:ascii="Times New Roman" w:hAnsi="Times New Roman"/>
          <w:b w:val="0"/>
          <w:i/>
          <w:sz w:val="24"/>
        </w:rPr>
        <w:t>— Главное доказательство — судебно-психиатрическая экспертиза: заранее попросите выбрать независимое государственное учреждение и поставить вопрос о возможности понимать свои действия при помощи других лиц (это ограниченная дееспособность, а не недееспособность).</w:t>
      </w:r>
    </w:p>
    <w:p>
      <w:pPr>
        <w:spacing w:after="40" w:line="276" w:lineRule="auto"/>
        <w:jc w:val="both"/>
      </w:pPr>
      <w:r>
        <w:rPr>
          <w:rFonts w:ascii="Times New Roman" w:hAnsi="Times New Roman"/>
          <w:b w:val="0"/>
          <w:i/>
          <w:sz w:val="24"/>
        </w:rPr>
        <w:t>— Если заявитель действовал недобросовестно, суд взыщет с него издержки (ч. 2 ст. 284 ГПК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