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заявитель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заинтересованное лицо (орган ЗАГС / родственник, наследник)</w:t>
      </w:r>
      <w:r>
        <w:rPr>
          <w:rFonts w:ascii="Times New Roman" w:hAnsi="Times New Roman"/>
          <w:b w:val="0"/>
          <w:i w:val="0"/>
          <w:sz w:val="24"/>
        </w:rPr>
        <w:br/>
        <w:t>Отдел (управление) ЗАГС 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ЗАИНТЕРЕСОВАННОГО ЛИЦА НА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внесении исправлений (изменений) в запись акта гражданского состояния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заинтересованного лица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заявлению [Ф. И. О. заявителя] о внесении исправления в запись акта о [рождении / браке / смерти] № [__] от «[дата]», составленную [наименование органа ЗАГС], в части [фамилии / имени / отчества / даты / сведений о родителе]. [Ф. И. О.] привлечён(а) к участию в деле в качестве заинтересованного лица. Заинтересованное лицо с заявлением не согласно по основаниям, изложенным ниже.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Дела особого производства рассматриваются по общим правилам о доказывании.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 установлено: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Обстоятельства, на которые ссылается заявитель, должны быть подтверждены допустимыми и достоверными доказательствами.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заявления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рассматривает такие дела только при отказе органа ЗАГС.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307 ГПК РФ установлено: «Суд рассматривает дела о внесении исправлений или изменений в записи актов гражданского состояния, если органы записи актов гражданского состояния при отсутствии спора о праве отказались внести исправления или изменения в произведенные записи.» Статьёй 308 ГПК РФ: «В заявлении о внесении исправлений или изменений в запись акта гражданского состояния должно быть указано, в чем заключается неправильность записи в акте гражданского состояния, когда и каким органом записи актов гражданского состояния было отказано в исправлении или изменении произведенной записи.» [Заявитель с заявлением о внесении исправления в орган ЗАГС не обращался / обратился, но не представил документов, подтверждающих правильные сведения, и ему разъяснено, какие документы требуются; решения об отказе орган не принимал.]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Исправление может быть внесено во внесудебном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69 Федерального закона от 15.11.1997 № 143-ФЗ «Об актах гражданского состояния» (далее — Закон об актах гражданского состояния): «Внесение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оснований, предусмотренных пунктом 2 настоящей статьи, и при отсутствии спора между заинтересованными лицами.» «При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суда.» Статьёй 70 того же закона: «Заключение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случае, если:» «в записи акта гражданского состояния указаны неправильные или неполные сведения, а также допущены орфографические ошибки» Пунктом 1 статьи 71: «Заявление о внесении исправления или изменения в запись акта гражданского состояния подается заинтересованным лицом в орган записи актов гражданского состояния.» Ошибка, на которую ссылается заявитель, [орфографическая / техническая] и исправляется органом ЗАГС по заключению при представлении [свидетельства о рождении заявителя, паспорта, архивной справки]. Обращение в суд при наличии внесудебного порядка не допускается — статья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Требуемое изменение затрагивает права других лиц — имеется спор о праве.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69 Закона об актах гражданского состояния прямо предусмотрено, что при наличии спора исправление производится на основании решения суда — то есть в исковом порядке. [Заявитель просит изменить [сведения об отце / дату рождения / фамилию наследодателя], от чего зависит [происхождение ребёнка / наследственные права заинтересованного лица / право на пенсию]. Заинтересованное лицо с этим не согласно.]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[происхождении / наследственных правах]: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Заинтересованное лицо просит оставить заявление без рассмотрения и разъяснить заявителю право разрешить спор в порядке искового производства.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Правильность предлагаемых сведений не доказана.</w:t>
      </w:r>
      <w:r>
        <w:rPr>
          <w:rFonts w:ascii="Times New Roman" w:hAnsi="Times New Roman"/>
          <w:b w:val="0"/>
          <w:i w:val="0"/>
          <w:sz w:val="24"/>
        </w:rPr>
        <w:t xml:space="preserve"> [Документы заявителя противоречат друг другу: в [трудовой книжке] — «__», в [свидетельстве о браке] — «__»; первичные документы, на основании которых составлялась запись (медицинское свидетельство, заявление родителей), не исследованы.] Статьёй 309 ГПК РФ: «Решение суда, которым установлена неправильность записи в акте гражданского состояния, служит основанием для исправления или изменения такой записи органом записи актов гражданского состояния.» Решение суда станет основанием для исправления записи, поэтому неправильность записи должна быть установлена достоверно.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первичных документов.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Заинтересованное лицо просит истребовать из органа ЗАГС [архива] первичные документы, на основании которых составлена запись, и запись акта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19 постановления Пленума Верховного Суда РФ от 21.01.2016 № 1 разъяснено: «Не подлежат распределению между лицами, участвующими в деле, издержки, понесенные в связи с рассмотрением требований, удовлетворение которых не обусловлено установлением фактов нарушения или оспаривания прав истца ответчиком, административным ответчиком, например, исков о расторжении брака при наличии взаимного согласия на это супругов, имеющих общих несовершеннолетних детей (пункт 1 статьи 23 Семейного кодекса Российской Федерации).» Поскольку заинтересованное лицо прав заявителя не нарушало, судебные издержки заявителя на него возложены быть не могут. Частью 1 статьи 98 ГПК РФ: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69–71 Закона об актах гражданского состояния, статьями 57, 263, 265, 307–309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Оставить заявление без рассмотрения: [заявитель не обращался в орган ЗАГС / имеется спор о праве] (ч. 3 ст. 263, ч. 1 ст. 307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Отказать [Ф. И. О. заявителя] в удовлетворении заявления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Истребовать из органа ЗАГС первичные документы, послужившие основанием для составления записи.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Не возлагать на заинтересованное лицо судебные расходы заявителя.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заявителю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Сведения о (не)обращении заявителя в орган ЗАГС; разъяснения органа ЗАГС заявителю.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Документы, подтверждающие правильность имеющейся записи [для родственника].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подходит и органу ЗАГС, и родственнику. Без письменного отказа ЗАГС суд дело не рассматривает (ч. 1 ст. 307 ГПК РФ); орфографические и технические ошибки ЗАГС исправляет сам по заключению (ст. 70 Закона об АГС).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исправление меняет происхождение ребёнка или влияет на наследство, это спор о праве — заявите об этом прямо.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Просите истребовать первичные документы, на основании которых составлена запись: часто они подтверждают правильность записи.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