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застройщик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уполномоченный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незаконным отказа в выдаче разрешения на строительство и обязании выдать разрешение</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незаконным отказа [наименование органа] от «[дата]» № [__] в выдаче разрешения на строительство [реконструкцию] объекта [наименование] на земельном участке с кадастровым номером [__] и обязании выдать разрешение. [Наименование уполномоченного органа]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Разрешение обязательно, а заявителем не представлены необходимые документы.</w:t>
      </w:r>
      <w:r>
        <w:rPr>
          <w:rFonts w:ascii="Times New Roman" w:hAnsi="Times New Roman"/>
          <w:b w:val="0"/>
          <w:i w:val="0"/>
          <w:sz w:val="24"/>
        </w:rPr>
        <w:t xml:space="preserve"> Частью 2 статьи 51 Градостроительного кодекса РФ: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 Частью 13 статьи 51 ГрК РФ: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и сведений, предусмотренных частью 7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частью 7.1 настоящей статьи, не может являться основанием для отказа в выдаче разрешения на строительство. В случае, предусмотренном частью 11.1 настоящей статьи, основанием для отказа в выдаче разрешения на строительство является также 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настоящего Кодекса,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в пункте 9 части 7 настоящей статьи, не является основанием для отказа в выдаче разрешения на строительство.» Заявитель не представил [положительное заключение экспертизы проектной документации / правоустанавливающие документы на участок / согласие всех правообладателей при реконструкции].</w:t>
      </w:r>
    </w:p>
    <w:p>
      <w:pPr>
        <w:spacing w:after="120" w:line="276" w:lineRule="auto"/>
        <w:ind w:firstLine="709"/>
        <w:jc w:val="both"/>
      </w:pPr>
      <w:r>
        <w:rPr>
          <w:rFonts w:ascii="Times New Roman" w:hAnsi="Times New Roman"/>
          <w:b/>
          <w:i w:val="0"/>
          <w:sz w:val="24"/>
        </w:rPr>
        <w:t>Проектная документация не соответствует требованиям градостроительного плана и ПЗЗ.</w:t>
      </w:r>
      <w:r>
        <w:rPr>
          <w:rFonts w:ascii="Times New Roman" w:hAnsi="Times New Roman"/>
          <w:b w:val="0"/>
          <w:i w:val="0"/>
          <w:sz w:val="24"/>
        </w:rPr>
        <w:t xml:space="preserve"> [Превышены предельная высота ([__] м при допустимых [__] м), процент застройки; не соблюдены минимальные отступы от границ участка; вид разрешённого использования не допускает объект такого назначения.]</w:t>
      </w:r>
    </w:p>
    <w:p>
      <w:pPr>
        <w:spacing w:after="120" w:line="276" w:lineRule="auto"/>
        <w:ind w:firstLine="709"/>
        <w:jc w:val="both"/>
      </w:pPr>
      <w:r>
        <w:rPr>
          <w:rFonts w:ascii="Times New Roman" w:hAnsi="Times New Roman"/>
          <w:b/>
          <w:i w:val="0"/>
          <w:sz w:val="24"/>
        </w:rPr>
        <w:t>Отказ мотивирован и направлен заявителю в срок.</w:t>
      </w:r>
      <w:r>
        <w:rPr>
          <w:rFonts w:ascii="Times New Roman" w:hAnsi="Times New Roman"/>
          <w:b w:val="0"/>
          <w:i w:val="0"/>
          <w:sz w:val="24"/>
        </w:rPr>
        <w:t xml:space="preserve"> Решение содержит конкретные основания со ссылками на нормы и документы; заявитель вправе устранить недостатки и повторно обратиться за разрешением (часть 7 статьи 51 ГрК РФ: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частями 4 - 6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w:t>
      </w:r>
    </w:p>
    <w:p>
      <w:pPr>
        <w:spacing w:after="120" w:line="276" w:lineRule="auto"/>
        <w:ind w:firstLine="709"/>
        <w:jc w:val="both"/>
      </w:pPr>
      <w:r>
        <w:rPr>
          <w:rFonts w:ascii="Times New Roman" w:hAnsi="Times New Roman"/>
          <w:b/>
          <w:i w:val="0"/>
          <w:sz w:val="24"/>
        </w:rPr>
        <w:t>Требование обязать выдать разрешение не может быть удовлетворено.</w:t>
      </w:r>
      <w:r>
        <w:rPr>
          <w:rFonts w:ascii="Times New Roman" w:hAnsi="Times New Roman"/>
          <w:b w:val="0"/>
          <w:i w:val="0"/>
          <w:sz w:val="24"/>
        </w:rPr>
        <w:t xml:space="preserve"> Даже при признании отказа незаконным суд не вправе подменять орган: выдача разрешения требует проверки документов, которые заявитель не представил. Надлежащий способ устранения нарушения — обязать повторно рассмотреть заявление.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трёхмесячный срок на обращение в суд.</w:t>
      </w:r>
      <w:r>
        <w:rPr>
          <w:rFonts w:ascii="Times New Roman" w:hAnsi="Times New Roman"/>
          <w:b w:val="0"/>
          <w:i w:val="0"/>
          <w:sz w:val="24"/>
        </w:rPr>
        <w:t xml:space="preserve"> Частью 4 статьи 198 АПК РФ установлено: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Заявитель узнал об оспариваемом акте (действии) «[дата]» (дата получения отказа) [получил копию / присутствовал при вынесении], заявление подано «[дата]»; уважительных причин пропуска не приведено. Пропуск срока без уважительных причин — самостоятельное основание для отказа в удовлетворении заявления.</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51 Градостроительного кодекса РФ, статьями 65, 131, 198, 200, 201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незаконным отказа в выдаче разрешения на строительство и обязании выдать разрешение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Заявление застройщика с описью представленных документов.</w:t>
      </w:r>
    </w:p>
    <w:p>
      <w:pPr>
        <w:spacing w:after="40" w:line="276" w:lineRule="auto"/>
        <w:jc w:val="left"/>
      </w:pPr>
      <w:r>
        <w:rPr>
          <w:rFonts w:ascii="Times New Roman" w:hAnsi="Times New Roman"/>
          <w:b w:val="0"/>
          <w:i w:val="0"/>
          <w:sz w:val="24"/>
        </w:rPr>
        <w:t>3. Градостроительный план земельного участка, выписка из ПЗЗ.</w:t>
      </w:r>
    </w:p>
    <w:p>
      <w:pPr>
        <w:spacing w:after="40" w:line="276" w:lineRule="auto"/>
        <w:jc w:val="left"/>
      </w:pPr>
      <w:r>
        <w:rPr>
          <w:rFonts w:ascii="Times New Roman" w:hAnsi="Times New Roman"/>
          <w:b w:val="0"/>
          <w:i w:val="0"/>
          <w:sz w:val="24"/>
        </w:rPr>
        <w:t>4. Решение об отказе и доказательства его направления заявителю.</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Отказ в выдаче разрешения может быть оспорен застройщиком в суде (ч. 14 ст. 51 ГрК РФ), поэтому основания отказа должны быть конкретными и подтверждены документами.</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