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наследник, обратившийся с заявлением</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наследник (иное заинтересованное лицо)</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w:t>
      </w:r>
      <w:r>
        <w:rPr>
          <w:rFonts w:ascii="Times New Roman" w:hAnsi="Times New Roman"/>
          <w:b w:val="0"/>
          <w:i w:val="0"/>
          <w:sz w:val="24"/>
        </w:rPr>
        <w:br/>
        <w:t>адрес: [адрес нотариальной конторы]</w:t>
      </w:r>
    </w:p>
    <w:p>
      <w:pPr>
        <w:spacing w:after="0" w:line="276" w:lineRule="auto"/>
        <w:jc w:val="center"/>
      </w:pPr>
      <w:r>
        <w:rPr>
          <w:rFonts w:ascii="Times New Roman" w:hAnsi="Times New Roman"/>
          <w:b/>
          <w:i w:val="0"/>
          <w:sz w:val="24"/>
        </w:rPr>
        <w:t>ОТЗЫВ ЗАИНТЕРЕСОВАННОГО ЛИЦА НА ЗАЯВЛЕНИЕ</w:t>
      </w:r>
    </w:p>
    <w:p>
      <w:pPr>
        <w:spacing w:after="240" w:line="276" w:lineRule="auto"/>
        <w:jc w:val="center"/>
      </w:pPr>
      <w:r>
        <w:rPr>
          <w:rFonts w:ascii="Times New Roman" w:hAnsi="Times New Roman"/>
          <w:b/>
          <w:i w:val="0"/>
          <w:sz w:val="24"/>
        </w:rPr>
        <w:t>об установлении факта принятия наследства</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заявлению [Ф. И. О. заявителя] об установлении факта принятия наследства после смерти [Ф. И. О. наследодателя], умершего «[дата]». [Ф. И. О.] привлечён(а) к участию в деле в качестве заинтересованного лица. Заинтересованное лицо с заявлением не согласно по основаниям, изложенным ниже.</w:t>
      </w:r>
    </w:p>
    <w:p>
      <w:pPr>
        <w:spacing w:after="120" w:line="276" w:lineRule="auto"/>
        <w:ind w:firstLine="709"/>
        <w:jc w:val="both"/>
      </w:pPr>
      <w:r>
        <w:rPr>
          <w:rFonts w:ascii="Times New Roman" w:hAnsi="Times New Roman"/>
          <w:b/>
          <w:i w:val="0"/>
          <w:sz w:val="24"/>
        </w:rPr>
        <w:t>Дела особого производства рассматриваются по общим правилам о доказывании.</w:t>
      </w:r>
      <w:r>
        <w:rPr>
          <w:rFonts w:ascii="Times New Roman" w:hAnsi="Times New Roman"/>
          <w:b w:val="0"/>
          <w:i w:val="0"/>
          <w:sz w:val="24"/>
        </w:rPr>
        <w:t xml:space="preserve"> Частью 1 статьи 263 ГПК РФ установлено: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Обстоятельства, на которые ссылается заявитель, должны быть подтверждены допустимыми и достоверными доказательствами.</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Суд устанавливает факт только при невозможности получить документы иным путём.</w:t>
      </w:r>
      <w:r>
        <w:rPr>
          <w:rFonts w:ascii="Times New Roman" w:hAnsi="Times New Roman"/>
          <w:b w:val="0"/>
          <w:i w:val="0"/>
          <w:sz w:val="24"/>
        </w:rPr>
        <w:t xml:space="preserve"> Пунктом 9 части 2 статьи 264 ГПК РФ к делам особого производства отнесено установление «факта принятия наследства и места открытия наследства» Однако статьёй 265 ГПК РФ установлено: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Заявитель не обращался к нотариусу [либо нотариус отказал ему по причине, которая не устраняется установлением факта: пропуск срока, наличие спора].</w:t>
      </w:r>
    </w:p>
    <w:p>
      <w:pPr>
        <w:spacing w:after="120" w:line="276" w:lineRule="auto"/>
        <w:ind w:firstLine="709"/>
        <w:jc w:val="both"/>
      </w:pPr>
      <w:r>
        <w:rPr>
          <w:rFonts w:ascii="Times New Roman" w:hAnsi="Times New Roman"/>
          <w:b/>
          <w:i w:val="0"/>
          <w:sz w:val="24"/>
        </w:rPr>
        <w:t>Имеется спор о праве, который не может разрешаться в особом производстве.</w:t>
      </w:r>
      <w:r>
        <w:rPr>
          <w:rFonts w:ascii="Times New Roman" w:hAnsi="Times New Roman"/>
          <w:b w:val="0"/>
          <w:i w:val="0"/>
          <w:sz w:val="24"/>
        </w:rPr>
        <w:t xml:space="preserve"> Частью 3 статьи 263 ГПК РФ установлено: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Между заявителем и заинтересованным лицом существует спор о наследственном имуществе: [квартире по адресу __ / доле]: [заинтересованное лицо само претендует на это имущество / оспаривает право заявителя / получило свидетельство о праве на наследство]. Установление факта в особом производстве фактически предрешит этот спор без состязательного процесса. Заинтересованное лицо просит оставить заявление без рассмотрения и разъяснить заявителю право разрешить спор в порядке искового производства.</w:t>
      </w:r>
    </w:p>
    <w:p>
      <w:pPr>
        <w:spacing w:after="120" w:line="276" w:lineRule="auto"/>
        <w:ind w:firstLine="709"/>
        <w:jc w:val="both"/>
      </w:pPr>
      <w:r>
        <w:rPr>
          <w:rFonts w:ascii="Times New Roman" w:hAnsi="Times New Roman"/>
          <w:b/>
          <w:i w:val="0"/>
          <w:sz w:val="24"/>
        </w:rPr>
        <w:t>Заявитель наследство не принимал.</w:t>
      </w:r>
      <w:r>
        <w:rPr>
          <w:rFonts w:ascii="Times New Roman" w:hAnsi="Times New Roman"/>
          <w:b w:val="0"/>
          <w:i w:val="0"/>
          <w:sz w:val="24"/>
        </w:rPr>
        <w:t xml:space="preserve"> Пунктом 1 статьи 1153 Гражданского кодекса Российской Федерации (далее — ГК РФ) установлено: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перечислены действия, свидетельствующие о фактическом принятии: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Все эти действия должны быть совершены в течение шести месяцев со дня открытия наследства (пункт 1 статьи 1154 ГК РФ: «Наследство может быть принято в течение шести месяцев со дня открытия наследства.»).</w:t>
      </w:r>
    </w:p>
    <w:p>
      <w:pPr>
        <w:spacing w:after="120" w:line="276" w:lineRule="auto"/>
        <w:ind w:firstLine="709"/>
        <w:jc w:val="both"/>
      </w:pPr>
      <w:r>
        <w:rPr>
          <w:rFonts w:ascii="Times New Roman" w:hAnsi="Times New Roman"/>
          <w:b w:val="0"/>
          <w:i w:val="0"/>
          <w:sz w:val="24"/>
        </w:rPr>
        <w:t>Действия, на которые ссылается заявитель, такими не являются: [заявитель забрал на память фотографии и личные мелочи / присутствовал на похоронах / оплатил коммунальные услуги однократно спустя восемь месяцев после смерти / был зарегистрирован, но не проживал в квартире]. Квитанции [оплачены заинтересованным лицом / за период после истечения шести месяцев]. Регистрация по месту жительства наследодателя сама по себе не означает принятия наследства, если заявитель фактически там не жил и имуществом не управлял.</w:t>
      </w:r>
    </w:p>
    <w:p>
      <w:pPr>
        <w:spacing w:after="120" w:line="276" w:lineRule="auto"/>
        <w:ind w:firstLine="709"/>
        <w:jc w:val="both"/>
      </w:pPr>
      <w:r>
        <w:rPr>
          <w:rFonts w:ascii="Times New Roman" w:hAnsi="Times New Roman"/>
          <w:b/>
          <w:i w:val="0"/>
          <w:sz w:val="24"/>
        </w:rPr>
        <w:t>Наследство приняло заинтересованное лицо.</w:t>
      </w:r>
      <w:r>
        <w:rPr>
          <w:rFonts w:ascii="Times New Roman" w:hAnsi="Times New Roman"/>
          <w:b w:val="0"/>
          <w:i w:val="0"/>
          <w:sz w:val="24"/>
        </w:rPr>
        <w:t xml:space="preserve">  Пунктом 1 статьи 1153 Гражданского кодекса Российской Федерации (далее — ГК РФ) установлено: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Согласно пункту 2 той же статьи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Ответчик [подал нотариусу заявление о принятии наследства «[дата]» / в течение шести месяцев вступил во владение наследственным имуществом: проживал в квартире, оплачивал коммунальные услуги, забрал личные вещи наследодателя]. Пунктом 4 статьи 1152 ГК РФ установлено: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ind w:firstLine="709"/>
        <w:jc w:val="both"/>
      </w:pPr>
      <w:r>
        <w:rPr>
          <w:rFonts w:ascii="Times New Roman" w:hAnsi="Times New Roman"/>
          <w:b/>
          <w:i w:val="0"/>
          <w:sz w:val="24"/>
        </w:rPr>
        <w:t>Свидетели заявителя заинтересованы в исходе дела.</w:t>
      </w:r>
      <w:r>
        <w:rPr>
          <w:rFonts w:ascii="Times New Roman" w:hAnsi="Times New Roman"/>
          <w:b w:val="0"/>
          <w:i w:val="0"/>
          <w:sz w:val="24"/>
        </w:rPr>
        <w:t xml:space="preserve"> Заявитель подтверждает «фактическое принятие» показаниями [своих родственников и знакомых].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Показания без письменного подтверждения (квитанций, договоров, документов о ремонте) не являются достаточными.</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1152–1154 ГК РФ, статьями 56, 67, 263–265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заявление об установлении факта принятия наследства без рассмотрения в связи с наличием спора о праве (часть 3 статьи 263 ГПК РФ) и разъяснить заявителю право на предъявление иска.</w:t>
      </w:r>
    </w:p>
    <w:p>
      <w:pPr>
        <w:spacing w:after="120" w:line="276" w:lineRule="auto"/>
        <w:ind w:firstLine="709"/>
        <w:jc w:val="both"/>
      </w:pPr>
      <w:r>
        <w:rPr>
          <w:rFonts w:ascii="Times New Roman" w:hAnsi="Times New Roman"/>
          <w:b w:val="0"/>
          <w:i w:val="0"/>
          <w:sz w:val="24"/>
        </w:rPr>
        <w:t>2. [Если суд рассмотрит заявление по существу:] Отказать в установлении факта принятия наследства.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Свидетельство о праве на наследство, выданное заинтересованному лицу / справка нотариуса.</w:t>
      </w:r>
    </w:p>
    <w:p>
      <w:pPr>
        <w:spacing w:after="40" w:line="276" w:lineRule="auto"/>
        <w:jc w:val="left"/>
      </w:pPr>
      <w:r>
        <w:rPr>
          <w:rFonts w:ascii="Times New Roman" w:hAnsi="Times New Roman"/>
          <w:b w:val="0"/>
          <w:i w:val="0"/>
          <w:sz w:val="24"/>
        </w:rPr>
        <w:t>3. Доказательства принятия наследства заинтересованным лицом (квитанции, договоры, справки).</w:t>
      </w:r>
    </w:p>
    <w:p>
      <w:pPr>
        <w:spacing w:after="40" w:line="276" w:lineRule="auto"/>
        <w:jc w:val="left"/>
      </w:pPr>
      <w:r>
        <w:rPr>
          <w:rFonts w:ascii="Times New Roman" w:hAnsi="Times New Roman"/>
          <w:b w:val="0"/>
          <w:i w:val="0"/>
          <w:sz w:val="24"/>
        </w:rPr>
        <w:t>4. Доказательства того, что заявитель не проживал в наследственном жилье и не нёс расходов.</w:t>
      </w:r>
    </w:p>
    <w:p>
      <w:pPr>
        <w:spacing w:after="40" w:line="276" w:lineRule="auto"/>
        <w:jc w:val="left"/>
      </w:pPr>
      <w:r>
        <w:rPr>
          <w:rFonts w:ascii="Times New Roman" w:hAnsi="Times New Roman"/>
          <w:b w:val="0"/>
          <w:i w:val="0"/>
          <w:sz w:val="24"/>
        </w:rPr>
        <w:t>5.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Самый эффективный довод — спор о праве: если вы сами претендуете на наследство, заявление в особом производстве оставляется без рассмотрения, и заявителю придётся подавать иск (ч. 3 ст. 263 ГПК РФ).</w:t>
      </w:r>
    </w:p>
    <w:p>
      <w:pPr>
        <w:spacing w:after="40" w:line="276" w:lineRule="auto"/>
        <w:jc w:val="both"/>
      </w:pPr>
      <w:r>
        <w:rPr>
          <w:rFonts w:ascii="Times New Roman" w:hAnsi="Times New Roman"/>
          <w:b w:val="0"/>
          <w:i/>
          <w:sz w:val="24"/>
        </w:rPr>
        <w:t>— Действия по принятию наследства должны быть совершены в течение шести месяцев и для себя: оплата коммунальных услуг через год или получение памятных мелочей суды не признают фактическим принятием.</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