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Федерации: города Москвы / Московской области / …]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 / индивидуальный предприниматель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 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(ОГРНИП)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10 000 руб. для ИП (подп. 7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незаконным решения об отказе в государственной регистрации прав [кадастровом учёте] и обязании осуществить регистрацию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заявитель обратился в Управление Росреестра по [субъекту] с заявлением № [__] о государственной регистрации [права собственности на нежилое здание / перехода права по договору купли-продажи / договора аренды] в отношении объекта с кадастровым номером [__], представив документы: [перечень].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Уведомлением от «[дата]» регистрация приостановлена по основанию [пункт [__] части 1 статьи 26 Федерального закона «О государственной регистрации недвижимости»] — [формулировка регистратора]. Заявитель представил дополнительные документы и пояснения «[дата]», однако «[дата]» принято решение об отказе в регистрации.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 незаконно: [все необходимые документы представлены; регистратор потребовал документ, не предусмотренный законом; противоречия с зарегистрированными правами отсутствуют; регистратор вышел за пределы правовой экспертизы, оценив условия договора, не влияющие на законность сделки].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обращение.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198 Арбитражного процессуального кодекса Российской Федерации (далее — АПК РФ) установлено: «Граждане,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приостановления.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 Федерального закона от 13.07.2015 № 218-ФЗ «О государственной регистрации недвижимости» (далее — Закон о регистрации) определён перечень оснований приостановления. Регистратор сослался на пункт 5: «5) не представлены документы, необходимые для осуществления государственного кадастрового учета и (или) государственной регистрации прав» [Укажите пункт, применённый в вашем уведомлении.] Указанное основание отсутствовало: [обоснование].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в регистрации.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 Закона о регистрации предусмотрено: «В осуществлении государственного кадастрового учета и (или) государственной регистрации прав отказывается по решению государственного регистратора прав в случае, если в течение срока приостановления не устранены причины, препятствующие осуществлению государственного кадастрового учета и (или) государственной регистрации прав, указанные в статье 26 настоящего Федерального закона.» Поскольку основания для приостановления отсутствовали либо были устранены, отказ незаконен. Частью 2 той же статьи установлено: «Если отказ в осуществлении государственного кадастрового учета и (или) государственной регистрации прав признан судом незаконным (не соответствующим основаниям, указанным в настоящем Федеральном законе) и в решении суда указано на необходимость осуществить государственный кадастровый учет и (или) государственную регистрацию прав, указанные действия осуществляются без подачи заявления о государственном кадастровом учете и (или) государственной регистрации прав на основании соответствующего решения суда, вступившего в законную силу или подлежащего немедленному исполнению в соответствии с законом и поступившего в орган регистрации прав, и документов, ранее помещенных в реестровое дело (в том числе межевого плана, технического плана, акта обследования). В течение трех рабочих дней со дня поступления такого решения суда государственный регистратор прав обязан уведомить заявителя по указанному в данном заявлении адресу о поступлении такого решения суда и сроке окончания осуществления государственного кадастрового учета и (или) государственной регистрации прав.»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Судебное оспаривание отказа.</w:t>
      </w:r>
      <w:r>
        <w:rPr>
          <w:rFonts w:ascii="Times New Roman" w:hAnsi="Times New Roman"/>
          <w:b w:val="0"/>
          <w:i w:val="0"/>
          <w:sz w:val="24"/>
        </w:rPr>
        <w:t xml:space="preserve"> Пунктом 8 статьи 8.1 ГК РФ предусмотрено: «Отказ в государственной регистрации прав на имущество либо уклонение от государственной регистрации могут быть оспорены в суде.» Согласно пункту 5 той же статьи «Уполномоченный в соответствии с законом орган, осуществляющий государственную регистрацию прав на имущество, проверяет полномочия лица, обратившегося с заявлением о государственной регистрации права, законность оснований регистрации, иные предусмотренные законом обстоятельства и документы, а в случаях, указанных в пункте 4 настоящей статьи, также наступление соответствующего обстоятельства.»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200 АПК РФ предусмотрено: «Обязанность доказывания соответствия оспариваемого ненормативного правового акта закону или иному нормативному правовому акту, законности принятия оспариваемого решения, совершения оспариваемых действий (бездействия), наличия у органа или лица надлежащих полномочий на принятие оспариваемого акта, решения, совершение оспариваемых действий (бездействия), а также обстоятельств, послуживших основанием для принятия оспариваемого акта, решения, совершения оспариваемых действий (бездействия), возлагается на орган или лицо, которые приняли акт, решение или совершили действия (бездействие).» Согласно части 4 той же статьи «При рассмотрении дел об оспаривании ненормативных правовых актов, решений и действий (бездействия) органов, осуществляющих публичные полномочия, должностных лиц арбитражный суд в судебном заседании осуществляет проверку оспариваемого акта или его отдельных положений, оспариваемых решений и действий (бездействия) и устанавливает их соответствие закону или иному нормативному правовому акту, устанавливает наличие полномочий у органа или лица, которые приняли оспариваемый акт, решение или совершили оспариваемые действия (бездействие), а также устанавливает, нарушают ли оспариваемый акт, решение и действия (бездействие) права и законные интересы заявителя в сфере предпринимательской и иной экономической деятельности.»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 признания акта незаконным.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201 АПК РФ установлено: «Арбитражный суд, установив, что оспариваемый ненормативный правовой акт, решение и действия (бездействие) органов, осуществляющих публичные полномочия,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недействительным, решений и действий (бездействия) незаконными.»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Нарушение прав заявителя и срок обращения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 препятствует заявителю [распорядиться объектом / использовать его в предпринимательской деятельности / исполнить сделку], что нарушает его права в сфере экономической деятельности.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обращения.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198 АПК РФ установлено: «Заявление может быть подано в арбитражный суд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законом. Пропущенный по уважительной причине срок подачи заявления может быть восстановлен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 об отказе получено «[дата]»; срок соблюдён.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Заявление подаётся в арбитражный суд по адресу заинтересованного лица (статья 35 АПК РФ: «Иск предъявляется в арбитражный суд субъекта Российской Федерации по адресу или месту жительства ответчика.»). Орган находится по адресу [__], что относится к компетенции Арбитражного суда [наименование].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силу статьи 101 АПК РФ «Судебные расходы состоят из государственной пошлины и судебных издержек, связанных с рассмотрением дела арбитражным судом.» Частью 1 статьи 110 АПК РФ установлено: «Судебные расходы, понесенные лицами, участвующими в деле, в пользу которых принят судебный акт, взыскиваются арбитражным судом со стороны.» Заявитель уплатил государственную пошлину в размере [сумма] рублей, которая подлежит взысканию с заинтересованного лица в случае удовлетворения заявления.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26, 27 Закона о регистрации, статьёй 8.1 ГК РФ, статьями 197–201 Арбитражного процессуального кодекса Российской Федерации,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 решение Управления Росреестра по [субъекту] от «[дата]» № [__] об отказе в государственной регистрации [права / перехода права / договора] в отношении объекта с кадастровым номером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Управление Росреестра по [субъекту] в течение [__] дней со дня вступления решения в законную силу осуществить государственную регистрацию [__] по заявлению от «[дата]» №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заинтересованного лица в пользу заявителя расходы по уплате государственной пошлины.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заинтересованному лицу копии заявления и приложенных документов.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 [не требуется по заявлениям об оспаривании действий судебных приставов].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Текст оспариваемого акта (решения) / документы, подтверждающие оспариваемые действия (бездействие).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Выписка из ЕГРЮЛ (ЕГРИП) в отношении заявителя, полученная не ранее чем за тридцать дней до обращения в суд.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 полномочиях лица, подписавшего заявление (решение о назначении руководителя, доверенность и копия диплома о высшем юридическом образовании).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Заявление о регистрации с описью принятых документов, представленные на регистрацию документы.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Уведомление о приостановлении, дополнительные документы и пояснения, решение об отказе.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Выписка из ЕГРН на объект.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До обращения в суд решение о приостановлении можно обжаловать в апелляционную комиссию при Росреестре — это не обязательно для решения об отказе, но иногда быстрее.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 резолютивной части просите обязать осуществить регистрацию: это позволяет зарегистрировать право на основании решения суда без повторного полного пакета (ч. 2 ст. 27 Закона о регистрации).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отказ связан со спором о праве (например, с третьим лицом), заявление по гл. 24 не подходит — нужен исковой порядок.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07.10.2026).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на обращение — три месяца со дня, когда заявитель узнал о нарушении прав (ч. 4 ст. 198 АПК РФ), если специальным законом не установлен иной срок. Пропуск без уважительных причин — самостоятельное основание отказа.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Дела по гл. 24 АПК РФ рассматриваются судьёй единолично в срок до трёх месяцев; решение о признании акта недействительным подлежит немедленному исполнению (ч. 7 ст. 201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