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кредитор: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организации-кредитора]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  <w:r>
        <w:rPr>
          <w:rFonts w:ascii="Times New Roman" w:hAnsi="Times New Roman"/>
          <w:b w:val="0"/>
          <w:i w:val="0"/>
          <w:sz w:val="24"/>
        </w:rPr>
        <w:br/>
        <w:t>требование включено в реестр определением от «[дата]» в размере [сумма] руб. ([__] % голосов)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Саморегулируемая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 СРО арбитражных управляющих]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Орган по контролю (надзору):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7 500 руб. (гражданин) / 25 000 руб. (организация) — подп. 4 и 9 п. 1 ст. 333.21 НК РФ (50 % от пошлины по неимущественному требованию) [уточните практику округа: ряд судов пошлину по жалобам на управляющего не взимает]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действия (бездействие) конкурсного управляющего и ходатайство об отстранении конкурсного управляющего от исполнения обязанностей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Допущенные конкурсным управляющим нарушения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Нарушение сроков инвентаризации и непринятие мер к возврату имущества. Инвентаризация [не проведена по истечении [__] месяцев / проведена «[дата]» с нарушением трёхмесячного срока без ходатайства о его продлении]; документация у бывшего руководителя не истребована [заявление подано лишь «[дата]»]; имущество, находящееся у третьих лиц ([транспорт у ООО [__] по договору аренды / товар на складе [__]]), не возвращено; дебиторская задолженность в размере [сумма] руб. (по балансу на «[дата]») не взыскивается — иски не предъявлены, срок давности по требованиям к [__] истекает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Неоспаривание сделок. По данным [выписок по счетам / ЕГРН / ответа ГИБДД] Должник в период подозрительности совершил сделки: [перечисление — дата, контрагент, предмет, цена, признаки неравноценности или предпочтения]. Кредитор «[дата]» направил конкурсному управляющему требование об оспаривании с доказательствами; заявления [не поданы / отказ не мотивирован]. 3. Необоснованные расходы и нарушения при продаже. Привлечены [юрист / бухгалтер / охрана] с оплатой [сумма] руб. в месяц при лимите [сумма] руб. без определения суда (пункт 6 статьи 20.7); [имущество продано без утверждённого собранием положения / по цене ниже оценочной / торги проведены без публикации в «Коммерсанте»]. 4. Непредставление отчётов и уклонение от собраний. Отчёты собранию кредиторов не представлялись с «[дата]» (пункт 1 статьи 143); требование Кредитора о созыве собрания от «[дата]» не исполнено в трёхнедельный срок (пункт 3 статьи 14). 5. [Накопление текущей задолженности: работники не уволены, заработная плата и страховые взносы начисляются [сумма] руб. в месяц при отсутствии производственной деятельности / счета Должника не закрыты, операции ведутся через несколько счетов в нарушение статьи 133.] 6. [Заинтересованность по отношению к [кредитору / бывшему руководителю]: [обстоятельства].]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60 Федерального закона от 26.10.2002 № 127-ФЗ «О несостоятельности (банкротстве)» (далее — Закон о банкротстве) установлено: «Заявления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законом.» Пунктом 2 статьи 20.3 Закона о банкротстве арбитражный управляющий обязан: «принимать меры по защите имущества должника; анализировать финансовое состояние должника и результаты его финансовой, хозяйственной и инвестиционной деятельности». Пунктом 4 статьи 20.3 Закона о банкротстве установлено, что арбитражный управляющий обязан действовать добросовестно и разумно в интересах должника, кредиторов и общества. Пунктом 2 статьи 129 Закона о банкротстве на конкурсного управляющего возложены обязанности: «принять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ходатайства конкурсного управляющего в связи со значительным объемом имущества должника; принимать меры, направленные на поиск, выявление и возврат имущества должника, находящегося у третьих лиц; уведомлять работников должника о предстоящем увольнении не позднее чем в течение месяца с даты введения конкурсного производства; предъявлять к третьим лицам, имеющим задолженность перед должником, требования о ее взыскании в порядке, установленном настоящим Федеральным законом». Пунктом 1 статьи 143 Закона о банкротстве установлено: «Конкурсный управляющий представляет собранию кредиторов (комитету кредиторов) отчет о своей деятельности, информацию о финансовом состоянии должника и его имуществе на момент открытия конкурсного производства и в ходе конкурсного производства, а также иную информацию не реже чем один раз в три месяца, если собранием кредиторов не установлено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20.4 Закона о банкротстве предусмотрено: «Неисполнение или ненадлежащее исполнение обязанностей, возложенных на арбитражного управляющего в соответствии с настоящим Федеральным законом или федеральными стандартами, является основанием для отстранения арбитражным судом арбитражного управляющего от исполнения данных обязанностей по требованию лиц, участвующих в деле о банкротстве, а также по требованию саморегулируемой организации арбитражных управляющих, членом которой он является.» Пунктом 1 статьи 145 Закона о банкротстве установлено: «Конкурсный управляющий может быть отстранен арбитражным судом от исполнения обязанностей конкурсного управляющего: на основании ходатайства собрания кредиторов (комитета кредиторов) в случае неисполнения или ненадлежащего исполнения возложенных на конкурсного управляющего обязанностей; в связи с удовлетворением арбитражным судом жалобы лица, участвующего в деле о банкротстве, на неисполнение или ненадлежащее исполнение конкурсным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либо его кредиторов; Одновременно с отстранением конкурсного управляющего суд утверждает нового конкурсного управляющего в порядке, установленном пунктом 1 статьи 127 настоящего Федерального закона.» Пунктом 4 статьи 20.4 Закона о банкротстве предусмотрено: «Арбитражный управляющий обязан возместить должнику, кредиторам и иным лицам убытки,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суда.» Пунктом 5 статьи 20.7 Закона о банкротстве установлено: «Привлечение арбитражным управляющим лиц для обеспечения исполнения возложенных на него обязанностей в деле о банкротстве,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лиц, участвующих в деле о банкротстве, в случаях, если услуги не связаны с целями проведения процедур, применяемых в деле о банкротстве,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результату. 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(или) определенного в соответствии с настоящей статьей размера оплаты их услуг возлагается на лицо, обратившееся в арбитражный суд с заявлением о признании привлечения таких лиц и (или) размера такой оплаты необоснованными.»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Нарушения носят существенный характер и повлекли (способны повлечь) убытки для конкурсной массы: утрата возможности взыскания дебиторской задолженности [сумма] руб. и возврата имущества по сделкам [сумма] руб., необоснованные расходы [сумма] руб., рост текущих обязательств [сумма] руб. в месяц, что уменьшает удовлетворение требований Кредитора и иных кредиторов третьей очереди. Согласно пункту 56 постановления Пленума Высшего Арбитражного Суда Российской Федерации от 22.06.2012 № 35 отстранение допускается при существенных нарушениях, повлёкших или способных повлечь убытки, а также при обоснованных сомнениях в способности управляющего к надлежащему ведению процедуры; совокупность допущенных нарушений такие сомнения подтверждает. [Собрание кредиторов «[дата]» приняло решение об обращении с ходатайством об отстранении — абзац второй пункта 1 статьи 145.]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20.4, 20.7, 60, 129, 143, 145 Федерального закона «О несостоятельности (банкротстве)», статьями 159,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незаконными действия (бездействие) конкурсного управляющего [Ф. И. О.], выразившиеся в: нарушении срока инвентаризации и непринятии мер по возврату имущества и взысканию дебиторской задолженности [перечень]; непринятии мер по оспариванию сделок Должника [перечень]; привлечении специалистов с превышением лимита без определения суда; непредставлении отчётов собранию кредиторов и непроведении собрания по требованию Кредитора;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Отстранить [Ф. И. О.] от исполнения обязанностей конкурсного управляющего [наименование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Утвердить конкурсного управляющего из числа членов [наименование СРО, адрес] [в соответствии с решением собрания кредиторов от «[дата]»].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Определение о включении требования Кредитора в реестр; решение об утверждении конкурсного управляющего; [протокол собрания кредиторов о ходатайстве об отстранении].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нарушений: сведения ЕФРСБ (даты инвентаризации, торгов, отчётов), бухгалтерский баланс с расшифровкой дебиторской задолженности, выписки по счетам и ЕГРН о сделках, договоры с привлечёнными лицами и расчёт лимита по п. 3 ст. 20.7, требования Кредитора об оспаривании сделок и о созыве собрания с доказательствами вручения.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Расчёт убытков (возможных убытков) для конкурсной массы; копии обращений в СРО и Росреестр.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 об уплате государственной пошлины; доказательства направления копии жалобы конкурсному управляющему, в СРО, орган по контролю и лицам, участвующим в деле; доверенность.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[Представитель] Кредитора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отстранения нужны существенные нарушения с убытками или реальной угрозой убытков (п. 56 Постановления № 35); решение собрания об отстранении (абз. 2 п. 1 ст. 145) усиливает жалобу, но и жалоба одного кредитора — самостоятельное основание (абз. 3 п. 1 ст. 145).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каждому эпизоду приводите норму, дату, документ и последствие в рублях; расходы сверх лимита без определения суда — почти безусловное нарушение (п. 5–6 ст. 20.7).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Отстранённый управляющий не восстанавливается даже при отмене определения (абз. 2 п. 1 ст. 20.4); убытки взыскиваются отдельным заявлением по п. 4 ст. 20.4 после признания действий незаконными.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